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1S/195/2014 z 15. 4. 2015</w:t>
      </w:r>
    </w:p>
    <w:p>
      <w:r>
        <w:t>Uznesenie Krajského súdu Bratislava z 15. apríla 2015, sp. zn. 1S/195/2014, ECLI:SK:KSBA:2015:1014201544.1</w:t>
      </w:r>
    </w:p>
    <w:p>
      <w:r>
        <w:t>Súd: Krajský súd Bratislava</w:t>
      </w:r>
    </w:p>
    <w:p>
      <w:r>
        <w:t>Spisová značka: 1S/195/2014</w:t>
      </w:r>
    </w:p>
    <w:p>
      <w:r>
        <w:t>ECLI: ECLI:SK:KSBA:2015:1014201544.1</w:t>
      </w:r>
    </w:p>
    <w:p>
      <w:r>
        <w:t>Dátum vydania: 15. 4. 2015</w:t>
      </w:r>
    </w:p>
    <w:p>
      <w:r>
        <w:t>Forma: Uznesenie</w:t>
      </w:r>
    </w:p>
    <w:p>
      <w:pPr>
        <w:pStyle w:val="Heading2"/>
      </w:pPr>
      <w:r>
        <w:t>Text rozhodnutia</w:t>
      </w:r>
    </w:p>
    <w:p>
      <w:r>
        <w:t>Súd: Krajský súd Bratislava Spisová značka: 1S/195/2014 Identifikačné číslo súdneho spisu: 1014201544 Dátum vydania rozhodnutia: 16. 04. 2015 Meno a priezvisko sudcu, VSÚ: JUDr. Monika Valašíková PhD. ECLI: ECLI:SK:KSBA:2015:1014201544.1 Uznesenie Krajský súd v Bratislave v právnej veci žalobcu: A.L.K. Humenné, spol. s.r.o., Štefánikova 22, 066 01 Humenné, IČO: 36 471 046, zastúpený: JUDr. Ján Spišák, advokát, AK so sídlom Idanská 17, 040 11 Košice, proti žalovanému: Ministerstvo pôdohospodárstva a rozvoja vidieka Slovenskej republiky, Dobrovičova 12, 812 66 Bratislava, o preskúmanie zákonnosti rozhodnutia žalovaného č. 19293/2014, 3384/2014-640 zo dňa 14.07.2014, takto r o z h o d o l : Krajský súd v Bratislave konanie zastavuje. Žiaden z účastníkov nemá právo na náhradu trov konania. o d ô v o d n e n i e : Žalobou doručenou tunajšiemu súdu dňa 18.09.2014 sa žalobca domáhal preskúmania zákonnosti rozhodnutia žalovaného č. 19293/2014, 3384/2014-640 zo dňa 14.07.2014, ktorým bolo zamietnuté odvolanie žalobcu a potvrdené rozhodnutie Pôdohospodárskej platobnej agentúry č. 500/1387/17798/2013 zo dňa 16.04.2014 o neposkytnutí podpory formou jednotnej platby na plochu podľa čl. 58 nariadenia Komisie (ES) č. 1122/2009 a vyrovnávacieho príspevku v znevýhodnených oblastiach podľa čl. 16 Nariadenia Komisie (ES) č. 65/2011. Výzvou zo dňa 11.02.2015 doručenou právnemu zástupcovi žalobcu dňa 20.2.2015 bol žalobca vyzvaný, aby v lehote 10 dní od doručenia výzvy pod následkom zastavenia konania zaplatil súdny poplatok vo výške 70,- €. Podľa § 5 ods. 1 písm. a) zák. č. 71/1992 Zb. o súdnych poplatkoch v znení neskorších predpisov (ďalej len "ZoSP"), poplatková povinnosť vzniká podaním návrhu, odvolania a dovolania alebo žiadosti na vykonanie poplatkového úkonu, ak je poplatníkom navrhovateľ, odvolateľ a dovolateľ. Podľa § 8 ods. 1 ZoSP, poplatok za podanie návrhu alebo žiadosti, poplatok za uplatnenie námietky zaujatosti v konkurznom konaní alebo reštrukturalizačnom konaní podľa osobitného predpisu a poplatok za konanie, je splatný vznikom poplatkovej povinnosti. Podľa § 10 ods. 1 ZoSP, ak nebol zaplatený poplatok splatný podaním návrhu na začatie konania alebo dovolania, prvostupňový súd vyzve poplatníka, aby poplatok zaplatil v lehote, ktorú určí spravidla v lehote desiatich dní od doručenia výzvy; ak aj napriek výzve poplatok nebol zaplatený v lehote, súd konanie zastaví. O následkoch nezaplatenia poplatku musí byť poplatník vo výzve poučený. Súd vyzve poplatníka na zaplatenie poplatku splatného podaním návrhu na začatie konania predtým, ako nariadi pojednávanie tak, aby lehota od zaplatenia poplatku do pojednávania, vydania platobného rozkazu a rozkazu na plnenie alebo rozhodnutia bez nariadenia pojednávania nebola dlhšia ako dva mesiace; túto lehotu môže predseda súdu z dôležitých dôvodov predĺžiť. V tomto prípade podľa položky č. 10 písm. a) sadzobníka súdnych poplatkov v znení platnom v čase podania žaloby, za návrh na preskúmanie zákonnosti rozhodnutia orgánu verejnej správy na základe žaloby sa platí poplatok vo výške 70,- €. Keďže žalobca súdny poplatok za žalobu ani na výzvu súdu nezaplatil, súd podľa ust. § 10 ods. 1 ZoSP konanie pre nezaplatenie súdneho poplatku, zastavil. O náhrade trov konania súd rozhodol podľa § 146 ods. 1 písm. c) O.s.p. s použitím ustanovenia § 246c O.s.p. tak, že žiaden z účastníkov nemá právo na náhradu trov konania, nakoľko konanie vo veci bolo zastavené. Toto rozhodnutie prijal senát Krajského súdu v Bratislave v pomere hlasov 3:0(podľa § 3 ods. 9 zákona č. 757/2004 Z.z. o súdoch a o zmene a doplnení niektorých zákonov v znení účinnom ku dňu 1.5.2011).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https://www.kauzis.sk/judikatura/r/ECLI:SK:KSBA:2015:1014201544.1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