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8Sd/115/2014 z 4. 10. 2015</w:t>
      </w:r>
    </w:p>
    <w:p>
      <w:r>
        <w:t>Uznesenie Krajského súdu Bratislava z 4. októbra 2015, sp. zn. 8Sd/115/2014, ECLI:SK:KSBA:2015:1014201551.2</w:t>
      </w:r>
    </w:p>
    <w:p>
      <w:r>
        <w:t>Súd: Krajský súd Bratislava</w:t>
      </w:r>
    </w:p>
    <w:p>
      <w:r>
        <w:t>Spisová značka: 8Sd/115/2014</w:t>
      </w:r>
    </w:p>
    <w:p>
      <w:r>
        <w:t>ECLI: ECLI:SK:KSBA:2015:1014201551.2</w:t>
      </w:r>
    </w:p>
    <w:p>
      <w:r>
        <w:t>Dátum vydania: 4.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8Sd/115/2014 Identifikačné číslo súdneho spisu: 1014201551 Dátum vydania rozhodnutia: 05. 10. 2015 Meno a priezvisko sudcu, VSÚ: JUDr. Peter Pospech ECLI: ECLI:SK:KSBA:2015:1014201551.2 Uznesenie Krajský súd v Bratislave v právnej veci navrhovateľa: R. M., nar. XX.XX.XXXX, trvale bytom N. XX, XXX XX X. M., proti odporkyni: Sociálna poisťovňa - ústredie, Ul. 29. augusta 8, 813 63 Bratislava, o vdovecký dôchodok, takto r o z h o d o l : Krajský súd v Bratislave p o s t u p u j e vec miestne príslušnému Krajskému súdu v Banskej Bystrici o d ô v o d n e n i e : Dňa 19.09.2014 bol konajúcemu Krajskému súdu v Bratislave doručený návrh na preskúmanie rozhodnutia odporkyne č. XXX XXX XXXX 0 zo dňa 06.09.2014. Z obsahu spisu vyplýva, že navrhovateľ má trvalé bydlisko na adrese N. XX, XXX XX X. M.. Podľa ust. § 11 ods. 1 O.s.p. v platnom znení, konanie sa uskutočňuje na tom súde, ktorý je vecne a miestne príslušný na konanie. Príslušnosť sa určuje podľa okolností, ktoré sú tu v čase začatia konania a trvá do skončenia konania. Podľa ust. § 246a ods. 2 O.s.p. v konaní podľa tretej hlavy piatej časti je miestne príslušný všeobecný súd navrhovateľa alebo krajský súd, v ktorého obvode je tento súd. Podľa ust. § 85 ods. 1 O.s.p. všeobecným súdom občana je súd, v obvode ktorého má občan bydlisko, a ak nemá bydlisko, súd v obvode ktorého sa zdržuje. Podľa ust. § 250d ods. 2 O.s.p. ak predseda senátu zistí, že súd nie je vecne alebo miestne príslušný, postúpi vec uznesením príslušnému súdu. Vzhľadom k tomu, že na predmetné konanie je podľa bydliska navrhovateľa vecne a miestne príslušný Krajský súd v Banskej Bystrici, súd rozhodol tak ako je uvedené vo výrokovej časti tohto uznesenia. Po právoplatnosti uznesenia bude spis zaslaný miestne príslušnému Krajskému súdu v Banskej Bystrici, ktorý vec prejedná a rozhodne v merite veci. Poučenie: Proti tomuto uzneseniu odvolanie nie je prípustné.</w:t>
      </w:r>
    </w:p>
    <w:p/>
    <w:p>
      <w:r>
        <w:t>Zdroj: KAUZIS.SK – https://www.kauzis.sk/judikatura/r/ECLI:SK:KSBA:2015:1014201551.2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