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5Scud/43/2014 z 24. 11. 2015</w:t>
      </w:r>
    </w:p>
    <w:p>
      <w:r>
        <w:t>Rozsudok Krajského súdu Bratislava z 24. novembra 2015, sp. zn. 5Scud/43/2014, ECLI:SK:KSBA:2015:1014201612.1</w:t>
      </w:r>
    </w:p>
    <w:p>
      <w:r>
        <w:t>Súd: Krajský súd Bratislava</w:t>
      </w:r>
    </w:p>
    <w:p>
      <w:r>
        <w:t>Spisová značka: 5Scud/43/2014</w:t>
      </w:r>
    </w:p>
    <w:p>
      <w:r>
        <w:t>ECLI: ECLI:SK:KSBA:2015:1014201612.1</w:t>
      </w:r>
    </w:p>
    <w:p>
      <w:r>
        <w:t>Dátum vydania: 24. 11. 2015</w:t>
      </w:r>
    </w:p>
    <w:p>
      <w:r>
        <w:t>Forma: Rozsudok</w:t>
      </w:r>
    </w:p>
    <w:p>
      <w:r>
        <w:t>Oblasť práva: Správne právo</w:t>
      </w:r>
    </w:p>
    <w:p>
      <w:pPr>
        <w:pStyle w:val="Heading2"/>
      </w:pPr>
      <w:r>
        <w:t>Text rozhodnutia</w:t>
      </w:r>
    </w:p>
    <w:p>
      <w:r>
        <w:t>Súd: Krajský súd Bratislava Spisová značka: 5Scud/43/2014 Identifikačné číslo súdneho spisu: 1014201612 Dátum vydania rozhodnutia: 25. 11. 2015 Meno a priezvisko sudcu, VSÚ: JUDr. Milota Tóthová ECLI: ECLI:SK:KSBA:2015:1014201612.1</w:t>
      </w:r>
    </w:p>
    <w:p>
      <w:r>
        <w:t>ROZSUDOK V MENE SLOVENSKEJ REPUBLIKY</w:t>
      </w:r>
    </w:p>
    <w:p>
      <w:r>
        <w:t>Krajský súd v Bratislave samosudkyňou JUDr. Milotou Tóthovou v právnej veci navrhovateľky M. C., O. W. Xa, XXXX P., K. S., proti odporkyni Sociálnej poisťovni ústredie v Bratislave, Ul. 29. augusta č. 8-10, Bratislava, o invalidný dôchodok, takto</w:t>
      </w:r>
    </w:p>
    <w:p>
      <w:r>
        <w:t>r o z h o d o l :</w:t>
      </w:r>
    </w:p>
    <w:p>
      <w:r>
        <w:t>Súd rozhodnutie odporkyne číslo XXX XXX XXXX X zo dňa 26. marca 2014 p o t v r d -z u j e. Účastníkom náhradu trov konania nepriznáva.</w:t>
      </w:r>
    </w:p>
    <w:p>
      <w:r>
        <w:t>o d ô v o d n e n i e :</w:t>
      </w:r>
    </w:p>
    <w:p>
      <w:r>
        <w:t>Rozhodnutím číslo XXX XXX XXXX X zo dňa 26. marca 2014 odporkyňa podľa § 70 ods. 1 a § 82 zákona č. 461/2003 Z.z. o sociálnom poistení v znení neskorších predpisov a podľa čl. 52 ods. 1 písm. b) nariadenia (ES) Európskeho parlamentu a Rady č. 883/2004 o koordinácii systémov sociálneho zabezpečenia navrhovateľke od 28. júna 2012 priznala invalidný dôchodok v sume 53,50 eur mesačne. Rozhodla tak s odôvodnením, že podľa posudku posudkového lekára sociálneho poistenia Sociálnej poisťovne, pobočka Bratislava zo dňa 5. februára 2014 navrhovateľka bola uznaná za invalidnú, miera poklesu schopnosti vykonávať zárobkovú činnosť u navrhovateľky je 45%. Navrhovateľka návrhom zo dňa 9.5.2014 žiadala preskúmať toto rozhodnutie a nesúhlasila so stanovenou mierou poklesu schopnosti vykonávať zárobkovú činnosť 45% ani s dátumom vzniku invalidity od 28.6.2012. Uviedla, že v roku 2008 absolvovala lekárske vyšetrenia na súkromnej klinike v Oslo, kde bolo podozrenie na psoriatickú artritídu a bolo jej odporučené reumatologické vyšetrenie. V decembri 2008 jej bolo oznámené, že má fibromyalgiu, ale psoriatická artritída nebola potvrdená, nakoľko krvné testy boli v poriadku a nemala žiadne opuchy. Poukazovala na to, že psoriatická artritída jej bola diagnostikovaná už v roku 1986 na Slovensku vo VÚRCH Piešťany a v roku 2009 bola hospitalizovaná na neurologickom oddelení NsP v Skalici, kde bola stanovená diagnóza poúrazová encefalitída a polyneuropatia ako komplikácie z psoriatickej artropatie, pričom všetku dokumentáciu odovzdala nórskemu NAV-u, ktorý predmetnú dokumentáciu stratil. Uviedla, že od januára 2009 jej bolo pridelené auto, príspevok na benzín elektrickú posteľ, vozík, chodítko, stoličku do sprchy a opatrovateľské služby. Žiadala, aby jej bol priznaný 100% invalidný dôchodok na základe diagnózy psoriatická artropatia, encefalitída a polyneuropatia a diagnóza bipolárna porucha aby bola braná do úvahy ako dodatková. Krajský súd preskúmal napadnuté rozhodnutie podľa § 250l a nasl. O.s.p., prejednal návrh navrhovateľky a dospel k záveru, že návrh nie je dôvodný. Krajský súd vykonal dokazovanie výsluchom odporkyne, posudkom posudkového lekára Sociálnej poisťovne pobočky Bratislava zo dňa 5.2.2014 a 20.8.2014, posudkom posudkového lekára Sociálnej poisťovne ústredie Bratislava zo dňa 25.9.2014, oboznámil sa s posudkovým spisom odporkyne a zistil tento skutkový stav.</w:t>
      </w:r>
    </w:p>
    <w:p>
      <w:r>
        <w:t>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w:t>
      </w:r>
    </w:p>
    <w:p>
      <w:r>
        <w:t>Podľa § 71 ods. 1 zákona č. 461/2003 Z.z. o sociálnom poistení poistenec je invalidný, ak pre dlhodobo nepriaznivý zdravotný stav má pokles schopnosti vykonávať zárobkovú činnosť o viac ako 40% v porovnaní so zdravou fyzickou osobou.</w:t>
      </w:r>
    </w:p>
    <w:p>
      <w:r>
        <w:t>Podľa § 71 ods. 2 cit. zákona dlhodobo nepriaznivý zdravotný stav je taký zdravotný stav, ktorý spôsobuje pokles schopnosti vykonávať zárobkovú činnosť a ktorý má podľa poznatkov lekárskej vedy trvať dlhšie ako jeden rok.</w:t>
      </w:r>
    </w:p>
    <w:p>
      <w:r>
        <w:t>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w:t>
      </w:r>
    </w:p>
    <w:p>
      <w:r>
        <w:t>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w:t>
      </w:r>
    </w:p>
    <w:p>
      <w:r>
        <w:t>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w:t>
      </w:r>
    </w:p>
    <w:p>
      <w:r>
        <w:t>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w:t>
      </w:r>
    </w:p>
    <w:p>
      <w:r>
        <w:t>Hodnotenie miery zhoršenia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w:t>
      </w:r>
    </w:p>
    <w:p>
      <w:r>
        <w:t>Podľa článku 52 ods. 1 písm. b) nariadenia (ES) Európskeho parlamentu a Rady č. 883/2004 o koordinácii systémov sociálneho zabezpečenia príslušná inštitúcia vypočíta výšku dávky, ktorá bude náležať vypočítaním teoretickej výšky a následne skutočnej výšky (paušálna dávka) takto: i) teoretická výška dávky je rovná dávke, na ktorú by si daná osoba mohla uplatňovať nárok, ak by všetky doby poistenia a/alebo bydliska, ktoré boli dosiahnuté podľa právnych predpisov iných členských štátov, boli dosiahnuté podľa právnych predpisov, ktoré uplatňuje deň priznania takejto dávky. Ak podľa týchto právnych predpisov výška nezávisí na trvaní dosiahnutých dôb, táto výška sa považuje za teoretickú výšku; ii) príslušná inštitúcia následne stanoví skutočnú výšku paušálnej dávky na základe teoretickej výšky podľa pomeru trvania dôb dosiahnutých pred vznikom poistnej udalosti podľa právnych predpisov, ktoré uplatňuje, k celkovému trvaniu dôb dosiahnutých pred vznikom poistného udalosti podľa právnych predpisov všetkých daných členských štátov.</w:t>
      </w:r>
    </w:p>
    <w:p>
      <w:r>
        <w:t>Posudkový lekár Sociálnej poisťovne pobočka Bratislava v posudku zo dňa 5.2.2014 uviedol, že navrhovateľka trpí na bipolárnu afektívnu poruchu. Konštatoval, že podľa doloženej zdravotnej dokumentácie sú v anamnéze udávané dlhodobé neustupujúce bolesti svalov v celom tele, v poslednom období aj s poruchami chôdze a rovnováhy. Poukázal na to, že kompletné vyšetrenie mozgu, nervov a pohybového aparátu, vrátane celotelovej magnetickej rezonancie boli negatívne. V popredí sú psychické ťažkosti, striedanie manických a depresívnych fáz, pričom psychiater hodnotí ochorenie ako ľahké až stredne ťažké. Rozhodujúcim zdravotným postihnutím u navrhovateľky sú poruchy nálad, stredne ťažká forma (kapitola V., položka 3.a) prílohy č. 4 zákona č. 461/2003 Z.z.), kde mieru poklesu schopnosti vykonávať zárobkovú činnosť posudkový lekár stanovil na 45%. Dátum vzniku invalidity stanovil od 28.6.2012, t.j. dňom psychiatrického vyšetrenia. Navrhovateľka je invalidná podľa § 71 ods. 1 zákona č. 461/2003 Z.z. o sociálnom zabezpečení. Navrhovateľka môže vykonávať prácu bez stresov a termínovaných úloh, vo vyrovnaných klimatických podmienkach.</w:t>
      </w:r>
    </w:p>
    <w:p>
      <w:r>
        <w:t>Posudkový lekár Sociálnej poisťovne pobočka Bratislava v posudku zo dňa 20.8.2014 po vyhodnotení nového neurologického vyšetrenia zo dňa 11.3.201 uviedol, že toto rozhodnutie dokumentuje skôr zlepšenie zdravotného stavu. V celom rozsahu zotrval na posudkovom závere uvedenom v posudku zo dňa 5.2.2014.</w:t>
      </w:r>
    </w:p>
    <w:p>
      <w:r>
        <w:t>Posudkový lekár Sociálnej poisťovne ústredie Bratislava v posudku zo dňa 25.9.2014, uviedol, že navrhovateľka trpí na choroby a to bipolárnu afektívnu poruchu, psoriázu, neklasifikovanú a fybromyalgický syndróm, neklasifikovaný. Konštatoval, že u navrhovateľky je anamnéza primárneho psychiatrického ochorenia a to bipolárnej afektívnej poruchy stredne ťažká forma. Podľa psychiatrického záznamu zo dňa 28.6.2012 bol nástup ochorenia 19.8.2011, ochorenie vykazovalo ľahkú až stredne ťažkú depresiu. Počas liečby v auguste 2012 bolo predmetné ochorenie záverované v danej rovine. Už od júla 2011 boli realizované sedenia s psychiatrom a ochorenie podľa psychiatra nemôže podmieňovať a vysvetľovať silne zníženú fyzickú výkonnosť navrhovateľky. Navrhovateľka počas psychoterapeutických sedení nevykazovala prejavy depresie. Pridružené sekundárne ochorenia a to psoriáza, neklasifikovaná a fybromyalgický syndróm, neklasifikovaný sú posudkovo nezávažné, diagnosticky nedoriešené a jedná sa opakované jednorazové údaje v dokumentácii. Podľa údajov navrhovateľky jej v roku 2007 na Slovensku bola diagnostikovaná psoriatická artritída, v roku 2008 bola hospitalizovaná v Nórsku, kde sa predmetné ochorenie nepotvrdilo. Neurologické vyšetrenie zo dňa 11.3.2011 NsP Skalica je so záverom stav po polyneuropatii na dolných končatinách v rámci generalizovanej psoriázy, v tom i artropatia, reziduálna ľahká paraparéza dolných končatín, posttraumatická encefalopatia kombinovanej genézy, bolo doporučené sledovanie u neurológa, reumatológa a preparát Flugalin. V odbornom vyšetrení zaznamenanom v Lekárskej správe zo dňa 14.1.2013 sú údaje o abnormálnej chôdzi a fibromyalgii s nejasným neurologickým obrazom, poruchami rovnováhy, chronickým syndrómom bolesti, bola vykonaná rozšírená diagnostika, ktorá však nedala jasnú neurologickú odpoveď a závery a tieto uvedené ochorenia nie sú diagnosticky vyklasifikované a vyriešené. V kompletnej posudkovej spisovej dokumentácii sú závery odborných lekárov v Nórsku vzhľadom na ochorenie pohybového ústrojenstva a väzivového aparátu veľmi zdržanlivé, najmä pri možnom uvádzanom ochorení psoriatickej artropatie. Rozhodujúcim zdravotným postihnutím u navrhovateľky sú poruchy nálad (manické, depresívne, periodické), stredne ťažké formy (kapitola V., položka 3.a) prílohy č. 4 zákona č. 461/2003 Z.z.), kde mieru poklesu schopnosti vykonávať zárobkovú činnosť posudkový lekár stanovil na 45%. Potvrdil dátum vzniku invalidity od 28.6.2012, t.j. dňom psychiatrického vyšetrenia. Navrhovateľka je invalidná podľa § 71 ods. 1 zákona č. 461/2003 Z.z. o sociálnom zabezpečení. Navrhovateľka môže vykonávať prácu bez stresov a termínovaných úloh, vo vyrovnaných klimatických podmienkach.</w:t>
      </w:r>
    </w:p>
    <w:p>
      <w:r>
        <w:t>Navrhovateľka sa na pojednávanie dňa 25.11.2015 nedostavila, bola riadne predvolaná, doručenie mala vykázané podľa § 47 ods. 2 Občianskeho súdneho poriadku (ďalej len O.s.p.), a preto súd podľa § 101 ods. 2 O.s.p. vec prejednal v jeho neprítomnosti.</w:t>
      </w:r>
    </w:p>
    <w:p>
      <w:r>
        <w:t>Zástupkyňa odporkyne vzhľadom na zhodné závery posudkov posudkových lekárov žiadala napadnuté rozhodnutie číslo XXX XXX XXXX X zo dňa 26. marca 2014 ako vecne správne potvrdiť. Posudkový lekár sociálneho poistenia Sociálnej poisťovne pobočka Bratislava ako aj posudkový lekár sociálneho poistenia Sociálnej poisťovne ústredie Bratislava vo svojich vyššie uvedených posudkoch zohľadnili všetky navrhovateľkou uvádzané ťažkosti, vysporiadali sa s lekárskymi nálezmi</w:t>
      </w:r>
    </w:p>
    <w:p>
      <w:r>
        <w:t>nachádzajúcimi sa v zdravotnej dokumentácii navrhovateľky a zhodne určili, že rozhodujúcim zdravotným postihnutím u navrhovateľky sú poruchy nálad (manické, depresívne, periodické), stredne ťažké formy (kapitola V., položka 3.a) prílohy č. 4 zákona č. 461/2003 Z.z.), kde mieru poklesu schopnosti vykonávať zárobkovú činnosť posudkoví lekári stanovili na 45%. Dátum vzniku invalidity stanovili od 28.6.2012, t.j. dňom psychiatrického vyšetrenia. Podrobná lekárska správa na formulári E213 zo dňa 1.11.2013 je so záverom bipolárnu porucha, momentálne nadšenie, predtým opäť manická depresia, veľké problémy s chôdzou, musí používať chodítko, potrebuje pomoc. Pridružené sekundárne ochorenia a to psoriáza, neklasifikovaná a fybromyalgický syndróm, neklasifikovaný sú posudkovo nezávažné, diagnosticky nedoriešené a jedná sa o opakované jednorazové údaje v dokumentácii. Odborné vyšetrenie zaznamenané v Lekárskej správe zo dňa 14.1.2013 uvádza údaje o abnornálnej chôdzi a fibromyalgii s nejasným neurologickým obrazom, poruchami rovnováhy a chronickým syndrómom bolesti. Vykonaná rozšírená diagnostika nedala jasnú neurologickú odpoveď a závery a tieto uvedené ochorenia nie sú diagnosticky vyklasifikované a vyriešené. Závery odborných lekárov v Nórsku vzhľadom na ochorenie pohybového ústrojenstva a väzivového aparátu sú veľmi zdržanlivé, najmä pri možnom uvádzanom ochorení psoriatickej artropatie. Zistenia posudkových lekárov neboli spochybnené ani v súdnom konaní. Závery posudkov posudkových lekárov sú odborné, presvedčivé, náležite zdôvodnené a súd nezistil rozpor medzi ich závermi a zisteným skutočným stavom. Súd poukazuje na to, že skutočnosť, že pokiaľ navrhovateľka bola v Nórskom kráľovstve uznaná invalidnou ako uvádza vo výške 100% a poberá v Nórskom kráľovstve plný invalidný dôchodok je nutné posúdiť z toho aspektu, že zdravotný stav navrhovateľky bol v Nórskom kráľovstve posúdený podľa zákonných predpisov odlišných od zákona č. 461/2003 Z.z. o sociálnom poistení v znení neskorších predpisov platných na území Slovenskej republiky a je treba vziať do úvahy, že posudkové kritériá, ktoré platia na území Nórskeho kráľovstva sú odlišné od posudkových kritérií platných na území Slovenskej republiky, a preto pri posúdení zdravotného stavu v inom štáte nie je možné posudkové závery cudzieho posudkového orgánu automaticky aplikovať aj na posúdenie zdravotného stavu žiadateľa o dávku na území Slovenskej republiky. V prípade, že sa zdravotný stav navrhovateľky v budúcnosti významne zhorší, čo by preukazovali nové lekárske nálezy, navrhovateľka má možnosť opätovne požiadať o zvýšenie invalidného dôchodku a o nové posúdenie miery poklesu jej schopnosti vykonávať zárobkovú činnosť. Súd preto z vyššie uvedených dôvodov rozhodnutie číslo XXX XXX XXXX X zo dňa 26. marca 2014 podľa § 250q ods. 2 O.s.p. ako vecne správne potvrdil.</w:t>
      </w:r>
    </w:p>
    <w:p>
      <w:r>
        <w:t>O trovách konania súd rozhodol podľa § 250k ods. 1 v spojení s § 250l ods. 2 O.s.p. Navrhovateľka nebola v konaní úspešná, a preto jej súd trovy konania nepriznal a odporkyni trovy konania neprislúchajú.</w:t>
      </w:r>
    </w:p>
    <w:p>
      <w:r>
        <w:t>Poučenie:</w:t>
      </w:r>
    </w:p>
    <w:p>
      <w:r>
        <w:t>Proti tomuto rozsudku je možné podať odvolanie do 15 dní odo dňa jeho doručenia na Krajskom súde v Bratislave.</w:t>
      </w:r>
    </w:p>
    <w:p>
      <w:r>
        <w:t>V odvolaní sa má popri všeobecných náležitostiach /§ 42 ods. 3/ uviesť, proti</w:t>
      </w:r>
    </w:p>
    <w:p>
      <w:r>
        <w:t>ktorému rozhodnutiu smeruje, v akom rozsahu sa napáda, v čom sa toto rozhodnutie alebo postup súdu považuje za nesprávny a čoho sa odvolateľ domáha. /§ 205 ods.1 O.s.p./</w:t>
      </w:r>
    </w:p>
    <w:p/>
    <w:p>
      <w:r>
        <w:t>Zdroj: KAUZIS.SK – https://www.kauzis.sk/judikatura/r/ECLI:SK:KSBA:2015:1014201612.1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