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5Sd/249/2014 z 26. 3. 2015</w:t>
      </w:r>
    </w:p>
    <w:p>
      <w:r>
        <w:t>Uznesenie Krajského súdu Bratislava z 26. marca 2015, sp. zn. 5Sd/249/2014, ECLI:SK:KSBA:2015:1014201667.1</w:t>
      </w:r>
    </w:p>
    <w:p>
      <w:r>
        <w:t>Súd: Krajský súd Bratislava</w:t>
      </w:r>
    </w:p>
    <w:p>
      <w:r>
        <w:t>Spisová značka: 5Sd/249/2014</w:t>
      </w:r>
    </w:p>
    <w:p>
      <w:r>
        <w:t>ECLI: ECLI:SK:KSBA:2015:1014201667.1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5Sd/249/2014 Identifikačné číslo súdneho spisu: 1014201667 Dátum vydania rozhodnutia: 27. 03. 2015 Meno a priezvisko sudcu, VSÚ: JUDr. Milota Tóthová ECLI: ECLI:SK:KSBA:2015:1014201667.1 Uznesenie Krajský súd v Bratislave v právnej veci navrhovateľky E. Z., D. N. XXX/XX, A. Q., proti odporkyni Sociálnej poisťovni ústredie, Ul. 29. augusta č. 8-10, Bratislava, o sumu starobného dôchodku, takto r o z h o d o l : Súd konanie z a s t a v u j e . Žiaden z účastníkov nemá právo na náhradu trov konania. o d ô v o d n e n i e : Navrhovateľka svojím návrhom zo dňa 11.8.2014 žiadala preskúmať rozhodnutie odporkyne číslo XXX XXX XXXX X zo dňa 11.7.2014, ktorým odporkyňa zamietla žiadosť navrhovateľky o zvýšenie starobného dôchodku za obdobie dôchodkového poistenia od 1. januára 2013 do 30. apríla 2014 z dôvodu, že podľa informačného systému navrhovateľka bola naďalej poistená u zamestnávateľa Damaco, spol. s r.o. Bratislava a rozhodnutie číslo XXX XXX XXXX X zo dňa 15.7.2014, ktorým odporkyňa znížila od 18. augusta 2014 sumu starobného dôchodku, nakoľko zvýšenie starobného dôchodku od 1. januára 2009 nepatrilo práve z dôvodu trvania dôchodkového poistenia u zamestnávateľa Damaco spol. s r.o. Bratislava. Odporkyňa vydala rozhodnutie číslo XXX XXX XXXX X - X.. zo dňa 8.9.2014, ktorým zrušila napadnuté rozhodnutie odporkyne číslo XXX XXX XXXX zo dňa 15.7.2014 o zmene sumy starobného dôchodku, vydala rozhodnutie číslo XXX XXX XXXX X - X.. zo dňa 8.9.2014, ktorým zrušila napadnuté rozhodnutie číslo XXX XXX XXXX X zo dňa 11.7.2014 o zamietnutí žiadosti o zvýšenie starobného dôchodku a vydala rozhodnutie číslo XXX XXX XXXX X zo dňa 8.9.2014, ktorým navrhovateľke od 1. mája 2014 zvýšila starobný dôchodok na sumu 437,00 eur mesačne, čím navrhovateľke celkom vyhovela. Odporkyňa vydala aj rozhodnutie číslo XXX XXX XXXX X zo dňa 1.10.2014, ktorým zrušila rozhodnutie číslo XXX XXX XXXX X zo dňa 8.9.2014, ktorým bolo oznámené že navrhovateľke od 18. augusta 2014 naďalej patrí starobný dôchodok v sume 435,70 eur mesačne, nakoľko toto rozhodnutie bolo nadbytočne vydané. Vzhľadom na vyššieuvedené, nakoľko návrhu navrhovateľky bolo v celom rozsahu vyhovené,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https://www.kauzis.sk/judikatura/r/ECLI:SK:KSBA:2015:1014201667.1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