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5Sd/252/2014 z 1. 9. 2015</w:t>
      </w:r>
    </w:p>
    <w:p>
      <w:r>
        <w:t>Rozsudok Krajského súdu Bratislava z 1. septembra 2015, sp. zn. 5Sd/252/2014, ECLI:SK:KSBA:2015:1014201676.2</w:t>
      </w:r>
    </w:p>
    <w:p>
      <w:r>
        <w:t>Súd: Krajský súd Bratislava</w:t>
      </w:r>
    </w:p>
    <w:p>
      <w:r>
        <w:t>Spisová značka: 5Sd/252/2014</w:t>
      </w:r>
    </w:p>
    <w:p>
      <w:r>
        <w:t>ECLI: ECLI:SK:KSBA:2015:1014201676.2</w:t>
      </w:r>
    </w:p>
    <w:p>
      <w:r>
        <w:t>Dátum vydania: 1. 9. 2015</w:t>
      </w:r>
    </w:p>
    <w:p>
      <w:r>
        <w:t>Forma: Rozsudok</w:t>
      </w:r>
    </w:p>
    <w:p>
      <w:r>
        <w:t>Oblasť práva: Správne právo</w:t>
      </w:r>
    </w:p>
    <w:p>
      <w:pPr>
        <w:pStyle w:val="Heading2"/>
      </w:pPr>
      <w:r>
        <w:t>Text rozhodnutia</w:t>
      </w:r>
    </w:p>
    <w:p>
      <w:r>
        <w:t>Súd: Krajský súd Bratislava Spisová značka: 5Sd/252/2014 Identifikačné číslo súdneho spisu: 1014201676 Dátum vydania rozhodnutia: 02. 09. 2015 Meno a priezvisko sudcu, VSÚ: JUDr. Milota Tóthová ECLI: ECLI:SK:KSBA:2015:1014201676.2 ROZSUDOK V MENE SLOVENSKEJ REPUBLIKY Krajský súd v Bratislave samosudkyňou JUDr. Milotou Tóthovou v právnej veci navrhovateľa X.. T. H., D. A. P. XXXX/X, D., proti odporkyni Sociálnej poisťovni ústredie v Bratislave, Ul. 29. augusta č. 8, Bratislava, o zvýšenie invalidného dôchodku, takto r o z h o d o l : Súd rozhodnutie odporkyne číslo XXX XXX XXXX X zo dňa 9. mája 2014 p o t v r d z u j e . Účastníkom náhradu trov konania nepriznáva. o d ô v o d n e n i e : Rozhodnutím číslo XXX XXX XXXX X zo dňa 9. mája 2014 odporkyňa podľa § 73 a § 112 ods. 4 zákona č. 461/2003 Z.z. o sociálnom poistení v znení neskorších predpisov zamietla žiadosť navrhovateľa o zvýšenie invalidného dôchodku. Rozhodla tak s odôvodnením, že podľa posudku posudkového lekára Sociálnej poisťovne, pobočka Bratislava zo dňa 5.3.2014 navrhovateľ je naďalej invalidný podľa § 71 ods. 1 zákona č. 461/2003 Z.z. s mierou poklesu schopnosti vykonávať zárobkovú činnosť 45%. Navrhovateľ návrhom zo dňa 8.6.2014 žiadal preskúmať toto rozhodnutie a poukazoval na to, že pri posúdení jeho zdravotného stavu nebolo zohľadnené neurochirurgické vyjadrenie, ktoré neodporúčalo v súčasnosti žiaden chirurgický zákrok, nakoľko tento by mohol spôsobiť ešte vážnejšie poškodenie ako má doposiaľ a prípadne spôsobiť úplnú nehybnosť. Rovnako neboli vzaté do úvahy výsledky CT a MR vyšetrení, neurochirurgické vyšetrenie a traumatologické vyšetrenie. Taktiež žiadal, aby pri posúdení jeho zdravotného stavu bol zvážený aj jeho subjektívny zhoršený pocit a sťažená chôdza aj na rovinatom teréne. Súd preskúmal napadnuté rozhodnutie podľa § 250l a nasl. O.s.p., prejednal návrh navrhovateľa a dospel k záveru, že návrh nie je dôvodný. Súd vykonal dokazovanie výsluchom účastníkov, posudkami posudkového lekára Sociálnej poisťovne pobočky Bratislava zo dňa 5.3.2014 a zo dňa 20.8.2014, posudkom posudkového lekára Sociálnej poisťovne ústredie Bratislava zo dňa 7.10.2014 a zo dňa 28.5.2015,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 112 ods. 4 zákona č. 461/2003 Z.z. o sociálnom poistení v znení neskorších predpisov výplata dávky sa zastaví, uvoľní alebo sa dávka vypláca v nižšej sume alebo vo vyššej sume, ak sa zmenia skutočnosti rozhodujúce na nárok na výplatu dávky. Navrhovateľ bol uznaný za invalidného od 4.6.2010 na základe posudku posudkového lekára Sociálnej poisťovne pobočka Bratislava zo dňa 6.12.2011, ktorý ho uznal za invalidného podľa § 71 ods.1 zákona č. 461/2003 Z.z. o sociálnom poistení s mierou poklesu schopnosti vykonávať zárobkovú činnosť 45%. Rozhodujúcim zdravotným postihnutím u navrhovateľa boli stanovené degeneratívne zmeny na chrbtici a medzistavcovných platničkách s miernym funkčným postihnutím (kapitola XV., oddiel E, položka 3.b) prílohy č. 4 zákona č. 461/2003 Z.z.), kde mieru poklesu schopnosti vykonávať zárobkovú činnosť posudkový lekár stanovil na 35%. Pre iné zdravotné postihnutie navrhovateľa a to stuhnutie pravého kolenného kĺbu v priaznivom postavení (kapitola XV., oddiel G, položka 46.a) prílohy č. 4 zákona č. 461/2003 Z.z.) zvýšil percentuálnu mieru o 10%. Celková miera poklesu schopnosti vykonávať zárobkovú činnosť je 45%. Navrhovateľ žiadosťou zo dňa 1.1.2014 požiadal o prehodnotenie jeho zdravotného stavu, nakoľko sa od poslednej kontroly zhoršil. Posudkový lekár Sociálnej poisťovne pobočka Bratislava v posudku zo dňa 5.3.2014 uviedol, že navrhovateľ trpí na bolesti chrbta - dorzalgie a artrózu - gonartrózu pravého kolenného kĺbu III st.. Uviedol, že navrhovateľ v decembri 2001 prekonal polytraumu - ťažký dopravný úraz. Bol následne operovaný na chrbticu, posledná operácia bola v auguste 2006, pričom došlo k zlepšeniu zdravotného stavu. Dňa 5.2.2009 utrpel polytraumu pri lyžovaní. Následne bol opakovane vyšetrený pre úraz pravého kolena. Pri poslednom odbornom vyšetrení v apríli 2011 bola potvrdená artróza kolena III.stupňa. V zostatkovom neurologickom náleze pretrvávajú bolesti driekového segmentu chrbtice so stredným až ťažkým funkčným obmedzením. Pravá noha je skrátená asi o 1-2 cm, je hypotrofia svalu oproti ľavému o 1-2 cm, lýtko je bez atrofie, hybnosť v pravom kolene je zredukovaná a vykazuje korelát s rtg. vyšetrením, ktoré uvádza artrózu III. stupňa, RŠA vpravo naznačený, vľavo nevýbavný, taktilná hypestéza pančuchovitého typu na pravej nohe. Navrhovateľ bol od 18.2.2014 do 21.2.2014 hospitalizovaný na neurológii pre zhoršenie bolestí chrbta, bol opätovne kompletne vyšetrený s konzultáciou aj neurochirurga. Objektívne vyšetrenia sú bez zmien oproti predchádzajúcim nálezom, nebol potvrdený obraz radikulopatie, a preto nebol doporučený neurochirurgický zákrok ale iba konzervatívna terapia ako doposiaľ. Rozhodujúcim zdravotným postihnutím u navrhovateľa sú degeneratívne zmeny na chrbtici a medzistavcových platničkách s miernym funkčným postihnutím (kapitola XV., oddiel E, položka 3.b) prílohy č. 4 zákona č. 461/2003 Z.z.), kde mieru poklesu schopnosti vykonávať zárobkovú činnosť posudkový lekár stanovil na 35%. Pre iné zdravotné postihnutie navrhovateľa a to stuhnutie pravého kolenného kĺbu v priaznivom postavení (kapitola XV., oddiel G, položka 46.a) prílohy č. 4 zákona č. 461/2003 Z.z.) zvýšil percentuálnu mieru o 10%. Celková miera poklesu schopnosti vykonávať zárobkovú činnosť je 45%. Navrhovateľ je naďalej invalidný podľa § 71 ods. 1 zákona č. 461/2003 Z.z. o sociálnom poistení s mierou poklesu schopnosti vykonávať zárobkovú činnosť 45%. Môže vykonávať fyzicky nenamáhavú prácu primeranú vysokoškolskému vzdelaniu. Po podaní opravného prostriedku zdravotný stav a pracovnú schopnosť navrhovateľa opätovne posudzoval posudkový lekár Sociálnej poisťovne pobočka Bratislava, ktorý v posudku zo dňa 20.8.2014 v celom rozsahu zotrval na posudkovom závere uvedenom v posudku zo dňa 5.3.2014. Posudkový lekár Sociálnej poisťovne ústredie Bratislava v posudku zo dňa 7.10.2014 uviedol, že navrhovateľ trpí na choroby a to bolesti chrbtice - dorzalgie, artrózu - gonartrózu pravého kolenného kĺbu III st. a poruchu metabolizmu tukov podľa dokumentácie. U navrhovateľa je anamnéza primárneho neurologického ochorenia a to bolestí chrbtice - dorzalgií. Navrhovateľ v decembri 2001 prekonal polytraumu a to ťažký dopravný úraz, následne bol opakovane operovaný na driekovom segmente chrbtice pre spondylolistézu stavcov L5, S1 a pre zlomeninu stavca L5, posledná operácia tohto segmentu chrbtice bola vykonaná v auguste 2006 za účelom uvoľnenie koreňa z dôvodu ťažšieho ochrnutia pravej nohy. Dňa 5.2.2009 navrhovateľ utrpel traumu pri lyžovaní, bol prijatý na traumatologické oddelenie úrazovej chirurgie v Poprade s diagnostickým záverom obojstranné zhmoždenie pľúc, prítomnosť voľnej tekutiny v pľúcnej dutine v minimálnom množstve, otras mozgu, zhmoždenie hlavy v oblasti čelovej kosti vľavo a podvrtnutie pravého kolenného kĺbu s vyluxovaním jabĺčka, na uvedenom oddelení bol navrhovateľ v pozorovaní, bola vykonaná repozícia jabĺčka v pravom kolene a naložená fixácia. Po stabilizácii na traumatologickej klinike FNsP v Bratislave boli vykonané opakované artroskopické vyšetrenia pravého kolenného kĺbu pre jeho nestabilitu a ruptúru kompletného väzivového aparátu v pravom kolennom kĺbe. Pri poslednej hospitalizácii navrhovateľa na traumatologickej klinike v apríli 2011 boli zistené výrazné degeneratívne zmeny na chrupavke v pravom kolennom kĺbe, a preto nebola vykonaná plastika LCA. Ďalšími odbornými vyšetreniami bola potvrdená artróza pravého kolena III. stupňa. V zostatkovom neurologickom náleze pretrvávajú bolesti driekového segmentu driekovej chrbtice s miernym funkčným obmedzením, pravá noha je skrátená asi o 1-2 cm, v pravom stehne je prítomná hypotrofia svalu, lýtko je bez atrofie, hybnosť v pravom kolene je zredukovaná a vykazuje korelát s rtg. vyšetrením, ktoré uvádza artrózu III. stupňa, RŠA vpravo naznačený, vľavo nevýbavný, taktilná hypestéza pančuchovitého typu na pravej nohe. Podľa traumatologického vyšetrenia zo dňa 4.6.2010 sa jedná o ťažkú hypotrofiu stehenného svalu vpravo a artrózu kolenného kĺbu III. stupňa na podklade opakovaných úrazov, podvrtnutí a kompletnej ruptúry celého väzivového aparátu pravého kolenného kĺbu v minulosti. Neurologické vyšetrenie zo dňa 16.12.2013 je záverované s tým istým diagnostickým súborom ako je vyššieuvedené. Traumatologické vyšetrenie zo dňa 18.11.203 je zhodné s inými traumatologickými vyšetreniami z minulosti a diagnostický záver a rtg. vyšetrenia potvrdili artrózu pravého kolenného kĺbu III. stupňa, EMG vyšetrenie zo dňa 20.12.2013 potvrdilo periférnu léziu nervus fibularis vpravo. Navrhovateľ bol od 18.2.2014 do 21.2.2014 hospitalizovaný na neurologickej klinike, záver bol zhodný s odbornými vyšetreniami, CT LS chrbtice potvrdilo stacionárny nález bez výhrezov platničiek, stavcov a bez útlaku miechových a koreňových štruktúr. Aktuálne EMG, ktoré počas hospitalizácie odporučil neurochirurg potvrdilo periférnu léziu nervus fibularis vpravo chronického charakteru, bez známok koreňového postihnutia L5 a S1. Konštatoval, že v zostatkovom neurologickom a traumatologickom obraze jednotlivé ochorenia nevykázali zhoršenie, chronické bolesti chrbtice s miernym funkčným postihnutím sú bez rozvoja závažných komplikácií ako obrny nôh, bez úniku moču a stolice. Pri artróze kolenného kĺbu III. stupňa konštatoval, že stav je nemenný a nerozvinula sa ankylóza. Rozhodujúcim zdravotným postihnutím u navrhovateľa sú degeneratívne zmeny na chrbtici a medzistavcových platničkách s miernym funkčným postihnutím (kapitola XV., oddiel E, položka 3.b) prílohy č. 4 zákona č. 461/2003 Z.z.), kde mieru poklesu schopnosti vykonávať zárobkovú činnosť posudkový lekár stanovil na 35%. Pre iné zdravotné postihnutie navrhovateľa a to stuhnutie pravého kolenného kĺbu v priaznivom postavení (kapitola XV., oddiel G, položka 46.a) prílohy č. 4 zákona č. 461/2003 Z.z.) zvýšil percentuálnu mieru o 10%. Celková miera poklesu schopnosti vykonávať zárobkovú činnosť je 45%. Navrhovateľ je naďalej invalidný podľa § 71 ods. 1 zákona č. 461/2003 Z.z. o sociálnom poistení s mierou poklesu schopnosti vykonávať zárobkovú činnosť 45%. Môže vykonávať prácu vo vhodnom klimatickom prostredí, primeranú vysokoškolskému vzdelaniu. Navrhovateľ pri výsluchu v súdnom konaní zotrval na podanom návrhu a uviedol, že v priebehu posledných dvoch rokov mu tŕpne pravá noha až po driek. Poukazoval na to, že už absolvoval sedem operácií, takže zvažuje ďalšie možnosti. Snaží sa svoj zdravotný stav upevňovať pravidelným cvičením, avšak v poslednom čase má problémy aj so stratou vedomia, ktoré sa dostavuje pravidelne a je mu odporučené vykonať ďalšie komplexné odborné vyšetrenia, ktoré by zistili jeho súčasný zdravotný stav. Doložil novšie lekárske nálezy. Posudkový lekár Sociálnej poisťovne ústredie Bratislava v posudku zo dňa 28.5.2015 za prítomnosti prísediaceho odborného lekára neurológa a za osobnej účasti navrhovateľa uviedol, že navrhovateľ trpí na choroby a to bolesť chrbta - dorzalgiu, artrózu (stuhnutie) pravého kolenného kĺbu III st., parézu nervus fibularis vpravo a poruchu metabolizmu tukov podľa dokumentácie. Po vyhodnotení kompletnej spisovej posudkovej dokumentácie ako aj doložených nových lekárskych nálezov a to ortopedického vyšetrenia zo dňa 25.9.2014, traumatologického vyšetrenia zo dňa 2.3.2015, neurologického vyšetrenia zo dňa 12.11.2014 a 16.3.2015 konštatoval, že u navrhovateľa je anamnéza primárneho neurologického ochorenia a to bolestí chrbtice - dorzalgií. Navrhovateľ v decembri 2001 prekonal ťažký dopravný úraz, následkom ktorého bol opakovane operovaný na driekovom segmente chrbtice pre spondylolistézu stavcov L5, S1 a pre zlomeninu stavca L5, posledná operácia tejto časti chrbtice bola vykonaná v auguste 2006 za účelom uvoľnenia koreňa piateho driekového stavca L5, z dôvodu ťažšieho ochrnutia pravej nohy. Dňa 5.2.2009 navrhovateľ utrpel ťažký úraz pri lyžovaní, bol prijatý na oddelenie úrazovej chirurgie v Poprade s diagnostickými závermi obojstranného zhmoždenia pľúc, prítomnosť voľnej tekutiny v pľúcnej dutine v minimálnom množstve, otrasu mozgu, zhmoždenia hlavy v oblasti čelovej kosti vľavo a podvrtnutia pravého kolenného kĺbu s vykĺbením jabĺčka. Navrhovateľ na uvedenom oddelení bol pozorovaný, bola vykonaná úprava polohy jabĺčka v pravom kolene a naložený sadrový obväz. Následne bol prevezený na traumatologickú kliniku FNsP v Bratislave, kde po stabilizácii stavu boli vykonané opakované artroskopické vyšetrenia pravého kolenného kĺbu pre jeho nestabilitu a pretrhnutie kompletného väzivového aparátu v pravom kolennom kĺbe. Pri poslednej hospitalizácii navrhovateľa na tejto klinike v apríli 2011 boli pri vyšetrení zistené výrazné degeneratívne zmeny na chrupavke v pravom kolennom kĺbe, a preto nebola vykonaná plastika väzív. Ďalšie odborné vyšetrenia potvrdili artrózu (stuhnutie) tohto kolena III. stupňa. V zostatkovom neurologickom náleze pretrvávali bolesti driekového segmentu chrbtice s miernym funkčným obmedzením, pravá noha je skrátená asi o 1-2 cm, v pravom stehne je prítomná hypotrofia (znížená výživa) svalu, lýtko je bez atrofie (známok odumieranie tkaniva), hybnosť v pravom kolene je zredukovaná a vykazuje korelát s rtg. vyšetrením, kde je uvedená artróza III. stupňa, reflex Achilovej šľachy vpravo naznačený, vľavo nevýbavný, taktilná hypestéza (znecitlivenie na pohmat) pančuchovitého typu na pravej nohe. Podľa traumatologického vyšetrenia zo dňa 4.6.2010 sa jedná o ťažkú hypotrofiu stehenného svalu vpravo a artrózu kolenného kĺbu III. stupňa na podklade opakovaných úrazov, podvrtnutí a kompletnej ruptúry (pretrhnutia) celého väzivového aparátu pravého kolenného kĺbu v minulosti. V závere neurologického vyšetrenia zo dňa 16.12.2013 sa nachádzajú tie isté diagnostické závery ako je vyššieuvedené. Traumatologické vyšetrenie zo dňa 18.11.203 je zhodné s inými traumatologickými vyšetreniami z minulosti a diagnostický záver a rtg. vyšetrenia potvrdili artrózu pravého kolenného kĺbu III. stupňa, EMG vyšetrenie (vyšetrenia svalových potenciálov) zo dňa 20.12.2013 potvrdilo periférnu léziu lýtkového nervu vpravo. Navrhovateľ bol od 18.2.2014 do 21.2.2014 hospitalizovaný na neurologickej klinike, záver bol zhodný s odbornými vyšetreniami a CT LS chrbtice potvrdilo stacionárny nález bez vyklenutí platničiek, stavcov a bez útlaku miechových a koreňových štruktúr. Aktuálne EMG, odporučené počas hospitalizácie neurochirurgom potvrdilo periférnu léziu nervus fibularis vpravo, chronického charakteru, bez známok koreňového postihnutia L5 a S1. Konštatoval, že v zostatkovom neurologickom a traumatologickom obraze jednotlivé ochorenia nevykázali zhoršenie, chronické bolesti chrbtice s miernym funkčným postihnutím bez rozvoja závažných komplikácií ako obrny nôh, bez úniku moču a stolice. Uviedol, že neurologické vyšetrenie zo dňa 12.11.2014, ktoré popisuje akútne zhoršenie zdravotného stavu a to náhlu bolesť chrbtice v krčno- ramennej oblasti vľavo, bolo vykonané ošetrenie obstrekmi a liekmi proti bolesti v Trnave, kde bol navrhovateľ akútne vyšetrený po ceste zo Žiliny do Bratislavy je posudkovo nevýznamné z hľadiska posúdenia dlhodobo nepriaznivého zdravotného stavu na účely invalidity a podmieňovalo iba krátku deväťdňovú dočasnú práceneschopnosť od 13.11.2014 do 21.11.2014. Poukázal, že navrhovateľ je schopný samostatného pohybu, chôdze bez opory a bez závažných komplikácií v zmysle obrny. Záverom konštatoval, že v zostatkovom neurologickom a traumatologickom obraze jednotlivé poruchy a ochorenia nevykázali významné zhoršenie, chronické bolesti chrbtice s miernym funkčným postihnutím bez rozvoja závažných komplikácií ako obrny nôh, bez úniku moču a stolice. Rozhodujúcim zdravotným postihnutím u navrhovateľa sú degeneratívne zmeny na chrbtici a medzistavcových platničkách s miernym funkčným postihnutím (kapitola XV., oddiel E, položka 3.b) prílohy č. 4 zákona č. 461/2003 Z.z.), kde mieru poklesu schopnosti vykonávať zárobkovú činnosť posudkový lekár stanovil na 35%. Pre iné zdravotné postihnutie navrhovateľa a to stuhnutie pravého kolenného kĺbu v priaznivom postavení (kapitola XV., oddiel G, položka 46.a) prílohy č. 4 zákona č. 461/2003 Z.z.) zvýšil percentuálnu mieru o 10%. Celková miera poklesu schopnosti vykonávať zárobkovú činnosť je 45%. Navrhovateľ je naďalej invalidný podľa § 71 ods. 1 zákona č. 461/2003 Z.z. o sociálnom poistení s mierou poklesu schopnosti vykonávať zárobkovú činnosť 45%. Môže vykonávať prácu vo vhodnom klimatickom prostredí, primeranú vysokoškolskému vzdelaniu. Navrhovateľ sa na pojednávanie súdu dňa 2.9.2015 napriek riadnemu predvolaniu nedostavil, svoju neúčasť na ňom neospravedlnil a ani nepožiadal o jeho odročenie, hoci bol o termíne pojednávania riadne a s dostatočným predstihom upovedomený, a preto súd podľa § 101 ods. 2 Občianskeho súdneho poriadku (ďalej len O.s.p.) vec prejednal v jeho neprítomnosti.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zohľadnili všetky navrhovateľom uvádzané ťažkosti a aj za účasti prísediaceho odborného lekára so špecializáciou neurológia sa vysporiadali s lekárskymi nálezmi nachádzajúcimi sa v zdravotnej dokumentácii navrhovateľa. Zhodne určili, že rozhodujúcim zdravotným postihnutím u navrhovateľa sú degeneratívne zmeny na chrbtici a medzistavcových platničkách s miernym funkčným postihnutím (kapitola XV., oddiel E, položka 3.b) prílohy č. 4 zákona č. 461/2003 Z.z.), kde mieru poklesu schopnosti vykonávať zárobkovú činnosť posudkoví lekári stanovil na 35%. Pre iné zdravotné postihnutie navrhovateľa a to stuhnutie pravého kolenného kĺbu v priaznivom postavení (kapitola XV., oddiel G, položka 46.a) prílohy č. 4 zákona č. 461/2003 Z.z.) zvýšili percentuálnu mieru o 10%. Zotrvali na stanovenej miere poklesu schopnosti vykonávať zárobkovú činnosť 45%. Navrhovateľ v dôsledku ťažkého úrazu v decembri 2001 bol opakovane operovaný na driekovom segmente chrbtice pre spondylolistézu stavcov L5, S1 a pre zlomeninu stavca L5, pričom posledná operácia tejto časti chrbtice bola vykonaná v auguste 2006 za účelom uvoľnenia koreňa piateho driekového stavca L5 z dôvodu ťažšieho ochrnutia pravej nohy. Navrhovateľ dňa 5.2.2009 utrpel ťažký úraz pri lyžovaní, bol prijatý na oddelenie úrazovej chirurgie v Poprade, kde bola vykonaná úprava polohy jabĺčka v pravom kolene a naložený sadrový obväz. Po prevoze na traumatologickú kliniku FNsP v Bratislave po stabilizácii stavu boli vykonané opakované artroskopické vyšetrenia pravého kolenného kĺbu pre jeho nestabilitu a pretrhnutie kompletného väzivového aparátu v pravom kolennom kĺbe a pri poslednej hospitalizácii navrhovateľa na tejto klinike v apríli 2011 boli zistené výrazné degeneratívne zmeny na chrupavke v pravom kolennom kĺbe, a preto nebola vykonaná plastika väzív. Ďalšie odborné vyšetrenia potvrdili artrózu (stuhnutie) tohto kolena III. stupňa. U primárneho neurologického ochorenia navrhovateľa - bolestí chrbtice a dorzalgií sa jedná o chronické bolesti chrbtice s miernym funkčným postihnutím bez rozvoja závažných komplikácií ako obrny nôh, bez úniku moču a stolice a v zostatkovom neurologickom a traumatologickom obraze jednotlivé ochorenia nevykázali zhoršenie. Neurologické vyšetrenie zo dňa 16.12.2013 neobsahuje iné diagnostické závery, ako už predchádzajúce neurologické vyšetrenia v minulosti, taktiež traumatologické vyšetrenie zo dňa 18.11.203 je zhodné s inými traumatologickými vyšetreniami z minulosti. Diagnostické závery z hospitalizácie 18.2.2014 do 21.2.2014 na neurologickej klinike, sú zhodné s odbornými vyšetreniami a CT LS chrbtice potvrdilo stacionárny nález bez vyklenutí platničiek, stavcov a bez útlaku miechových a koreňových štruktúr. Aktuálne EMG, odporučené počas hospitalizácie neurochirurgom potvrdilo periférnu léziu nervus fibularis vpravo, chronického charakteru a bez známok koreňového postihnutia L5 a S1. Zistenia posudkových lekárov neboli spochybnené ani v súdnom konaní. Závery posudkov posudkových lekárov sú odborné, presvedčivé, náležite zdôvodnené a súd nezistil rozpor medzi ich závermi a zisteným skutočným stavom. Krajský súd preto z vyššie uvedených dôvodov napadnuté rozhodnutie odporkyne číslo XXX XXX XXXX X zo dňa 9. mája 2014 podľa § 250q ods. 2 O.s.p. ako vecne správne potvrdil. O trovách konania súd rozhodol podľa § 250k ods. 1 v spojení s § 250l ods. 2 O.s.p. Navrhovateľ nebol v konaní úspešný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https://www.kauzis.sk/judikatura/r/ECLI:SK:KSBA:2015:1014201676.2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