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8Sd/124/2014 z 5. 10. 2015</w:t>
      </w:r>
    </w:p>
    <w:p>
      <w:r>
        <w:t>Uznesenie Krajského súdu Bratislava z 5. októbra 2015, sp. zn. 8Sd/124/2014, ECLI:SK:KSBA:2015:1014201682.1</w:t>
      </w:r>
    </w:p>
    <w:p>
      <w:r>
        <w:t>Súd: Krajský súd Bratislava</w:t>
      </w:r>
    </w:p>
    <w:p>
      <w:r>
        <w:t>Spisová značka: 8Sd/124/2014</w:t>
      </w:r>
    </w:p>
    <w:p>
      <w:r>
        <w:t>ECLI: ECLI:SK:KSBA:2015:1014201682.1</w:t>
      </w:r>
    </w:p>
    <w:p>
      <w:r>
        <w:t>Dátum vydania: 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8Sd/124/2014 Identifikačné číslo súdneho spisu: 1014201682 Dátum vydania rozhodnutia: 06. 10. 2015 Meno a priezvisko sudcu, VSÚ: JUDr. Peter Pospech ECLI: ECLI:SK:KSBA:2015:1014201682.1</w:t>
      </w:r>
    </w:p>
    <w:p>
      <w:r>
        <w:t>Uznesenie Krajský súd v Bratislave v právnej veci navrhovateľa: Ľ. O., rodné číslo XXX XXX/XXXX, bytom B. XXXX/ XX, XXX XX Z. - O., proti odporcovi: Sociálna poisťovňa - ústredie, Ul. 29. augusta č. 8, Bratislava, zastúpeného JUDr. Máriou Demovičovou o invalidný dôchodok,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01.07.2014 žiadala preskúmať rozhodnutie odporkyne číslo XXX XXX XXXX X zo dňa 03.06.2014, ktorým odporkyňa priznala navrhovateľke od 23.02.2014 invalidný dôchodok v sume 136,80 €.</w:t>
      </w:r>
    </w:p>
    <w:p>
      <w:r>
        <w:t>Dňa 06.10.2015 po vysvetlení predmetného sporu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O.s.p..</w:t>
      </w:r>
    </w:p>
    <w:p>
      <w:r>
        <w:t>Poučenie:</w:t>
      </w:r>
    </w:p>
    <w:p>
      <w:r>
        <w:t>Proti tomuto uzneseniu je možné podať odvolanie do 15 dní odo dňa</w:t>
      </w:r>
    </w:p>
    <w:p>
      <w:r>
        <w:t>jeho doručenia na Krajskom súde v Bratislave.</w:t>
      </w:r>
    </w:p>
    <w:p/>
    <w:p>
      <w:r>
        <w:t>Zdroj: KAUZIS.SK – https://www.kauzis.sk/judikatura/r/ECLI:SK:KSBA:2015:1014201682.1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