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9Sp/77/2014 z 2. 3. 2015</w:t>
      </w:r>
    </w:p>
    <w:p>
      <w:r>
        <w:t>Uznesenie Krajského súdu Bratislava z 2. marca 2015, sp. zn. 9Sp/77/2014, ECLI:SK:KSBA:2015:1014201734.3</w:t>
      </w:r>
    </w:p>
    <w:p>
      <w:r>
        <w:t>Súd: Krajský súd Bratislava</w:t>
      </w:r>
    </w:p>
    <w:p>
      <w:r>
        <w:t>Spisová značka: 9Sp/77/2014</w:t>
      </w:r>
    </w:p>
    <w:p>
      <w:r>
        <w:t>ECLI: ECLI:SK:KSBA:2015:1014201734.3</w:t>
      </w:r>
    </w:p>
    <w:p>
      <w:r>
        <w:t>Dátum vydania: 2.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9Sp/77/2014 Identifikačné číslo súdneho spisu: 1014201734 Dátum vydania rozhodnutia: 03. 03. 2015 Meno a priezvisko sudcu, VSÚ: JUDr. Beata Jurgošová ECLI: ECLI:SK:KSBA:2015:1014201734.3 Uznesenie Krajský súd v Bratislave v právnej veci navrhovateľky: Z. G., E.. XX.X.XXXX, I. S., Q.. Š. Č.. X, zastúpenej JUDr. Milanom Škultétym, so sídlom v Bratislave, Ul. 29. augusta č. 5, proti odporcovi: Okresný úrad Bratislava- pozemkový a lesný odbor, so sídlom v Bratislave, Ul. Trenčianska č. 55, za Ú.: X/ S. Z. L., S. S. K. I., Q.. I.B. Č.. XX, X/ I. B. I., U.: XXX XXX XX, S. S. K. I., Q.. D. Č.. XX, o preskúmanie zákonnosti rozhodnutia odporcu zo dňa 16. júla 2014, sp. zn. OU-BA-PLO-2014/130101/ZBE, takto r o z h o d o l : Súd opravuje druhý výrok rozsudku č. k. 9Sp/77/2014-39 zo dňa 25.11.2014 a opravného uznesenia č.k. 9Sp/77/2014-46 zo dňa 09.02.2015 tak, že správne znie: „Odporca je povinný zaplatiť navrhovateľke trovy konania vo výške 167,78 € na účet jej advokáta, do 60 dní od právoplatnosti rozsudku.“ o d ô v o d n e n i e : Krajský súd v Bratislave rozhodol vo veci rozsudkom č.k. 9Sp/77/2014-39 zo dňa 25.11.2014, v ktorom uviedol, že odporkyňa je povinná zaplatiť navrhovateľke trovy konania vo výške 337,68 € na účet jej advokáta, do 15 dní od právoplatnosti uznesenia. Odporca v odvolaní zo dňa 23.01.2015 okrem iného namietal aj správnosť výroku v tejto časti rozsudku a nesúhlasil so zaplatením trov konania vo výške 337,68 €, nakoľko v odôvodnení, kde súd podrobne rozpísal výpočet odmeny advokáta za právne zastupovanie navrhovateľky je vyrátaná suma 167,78 €. Súd uznesením č.k. 9Sp/77/2014-46 zo dňa 09.02.2015 opravil druhý výrok rozsudku tak, že odporca je povinný zaplatiť navrhovateľke trovy konania vo výške 167,78 € na účet jej advokáta, do 15 dní od právoplatnosti rozsudku. Podľa ust. § 164 zákona č. 99/1963 Občianskeho súdneho poriadku v znení neskorších predpisov,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dodatočne zistil, že pri písomnom vyhotovovaní rozsudku došlo k inej zrejmej nesprávnosti v druhom výroku, nakoľko na pojednávaní dňa 25.11.2014 bol vyhlásený rozsudok, kde bola odporcovi uložená povinnosť zaplatiť navrhovateľke plnú náhradu trov konania ako budú vyčíslené v písomnom vyhotovení rozsudku do 60 dní od jeho právoplatnosti, a preto súd v zmysle citovaných ustanovení vykonal opravu rozsudku a opravného uznesenia týmto opravným uznesením. Poučenie: Proti tomuto uzneseniu možno podať odvolanie v lehote 15 dní odo dňa jeho doručenia na Najvyšší súd Slovenskej republiky prostredníctvom Krajského súdu v Bratislave, písomne, vo dvoch vyhotoveniach.</w:t>
      </w:r>
    </w:p>
    <w:p/>
    <w:p>
      <w:r>
        <w:t>Zdroj: KAUZIS.SK – https://www.kauzis.sk/judikatura/r/ECLI:SK:KSBA:2015:1014201734.3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