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1S/232/2014 z 4. 11. 2015</w:t>
      </w:r>
    </w:p>
    <w:p>
      <w:r>
        <w:t>Rozsudok Krajského súdu Bratislava z 4. novembra 2015, sp. zn. 1S/232/2014, ECLI:SK:KSBA:2015:1014201757.1</w:t>
      </w:r>
    </w:p>
    <w:p>
      <w:r>
        <w:t>Súd: Krajský súd Bratislava</w:t>
      </w:r>
    </w:p>
    <w:p>
      <w:r>
        <w:t>Spisová značka: 1S/232/2014</w:t>
      </w:r>
    </w:p>
    <w:p>
      <w:r>
        <w:t>ECLI: ECLI:SK:KSBA:2015:1014201757.1</w:t>
      </w:r>
    </w:p>
    <w:p>
      <w:r>
        <w:t>Dátum vydania: 4. 11.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1S/232/2014 Identifikačné číslo súdneho spisu: 1014201757 Dátum vydania rozhodnutia: 05. 11. 2015 Meno a priezvisko sudcu, VSÚ: JUDr. Monika Valašíková PhD. ECLI: ECLI:SK:KSBA:2015:1014201757.1</w:t>
      </w:r>
    </w:p>
    <w:p>
      <w:r>
        <w:t>ROZSUDOK V MENE SLOVENSKEJ REPUBLIKY</w:t>
      </w:r>
    </w:p>
    <w:p>
      <w:r>
        <w:t>Krajský súd v Bratislave v senáte zloženom z predsedníčky senátu JUDr. Moniky Valašikovej PhD., a členov senátu JUDr. Vlastimila Pavlikovského a Mgr. Viliama Pohančeníka v právnej veci žalobcu: O. O., štátny príslušník: O., naposledy bytom I. C. XX, XXX XX D., právne zastúpený: JUDr. Jarmila Vargová, advokátka, Brečtanová 21, 831 01 Bratislava, proti žalovanému: Ministerstvo vnútra Slovenskej republiky, Pribinova 2, 812 72 Bratislava o preskúmanie zákonnosti rozhodnutia žalovaného č. KM- OLVS-62/2014 zo dňa 14.08.2014 takto:</w:t>
      </w:r>
    </w:p>
    <w:p>
      <w:r>
        <w:t>r o z h o d o l :</w:t>
      </w:r>
    </w:p>
    <w:p>
      <w:r>
        <w:t>Krajský súd v Bratislave žalobu z a m i e t a.</w:t>
      </w:r>
    </w:p>
    <w:p>
      <w:r>
        <w:t>Žalobcovi súd náhradu trov konania nepriznáva.</w:t>
      </w:r>
    </w:p>
    <w:p>
      <w:r>
        <w:t>o d ô v o d n e n i e :</w:t>
      </w:r>
    </w:p>
    <w:p>
      <w:r>
        <w:t>I.</w:t>
      </w:r>
    </w:p>
    <w:p>
      <w:r>
        <w:t>Žalobca sa žalobou, doručenou e-mailovým podaním dňa 22.10.2014, písomným podaním dňa 24.10.2014, domáhal preskúmania zákonnosti a následne zrušenia rozhodnutia žalovaného č. KM- OLVS-62/2014 zo dňa 14.08.2014, ako aj prvostupňového rozhodnutia Ministerstva vnútra, Migračného úradu ČAS: MU-281-30/PO-Ž-2013 zo dňa 02.06.2014.</w:t>
      </w:r>
    </w:p>
    <w:p>
      <w:r>
        <w:t>V žalobe uviedol, že dňa 9.6.2014 bolo jeho právnej zástupkyni doručené rozhodnutie Ministerstva vnútra SR, Migračného úradu, ČAS: MU-281-30/PO-Ž-2013 zo dňa 2. 6. 2014, ktorým zastavil konanie o predĺženie doplnkovej ochrany v zmysle § 19 ods. 1 písm. g) zákona č. 480/2002 Z. z. o azyle a o zmene a doplnení niektorých zákonov v znení neskorších predpisov. Žalobca s rozhodnutím migračného úradu nesúhlasil, podal proti rozhodnutiu migračného úradu o zastavení konania rozklad. Minister vnútra však potvrdil rozhodnutie migračného úradu argumentujúc pritom rovnakými skutočnosťami, ako migračný úrad pri vydaní rozhodnutia. Žalobca má za to, že došlo k nesprávnemu právnemu posúdeniu veci. Žalobca požiadal o predĺženie doplnkovej ochrany, ktorá mu bola poskytnutá dňa 28.6.2010. Migračný úrad rozhodol však o nepredĺžení tejto doplnkovej ochrany, voči čomu podal žalobca opravný prostriedok na Krajský súd v Bratislave. Ten svojím rozhodnutím sp. zn. 10Saz/6/2013 rozhodnutie migračného úradu potvrdil. Proti tomuto rozsudku podal žalobca odvolanie na Najvyšší súd SR, ktorý svojím rozhodnutím 10Sža/5/2014 rozsudok Krajského súdu v Bratislave zmenil tak, že rozhodnutie migračného úradu zrušil a vec vrátil na ďalšie konanie. Migračný úrad tak opakovane preskúmal žiadosť žalobcu a dospel k záveru, že žalobca opustil územie Slovenskej republiky a vrátil sa v rámci programu asistovaných dobrovoľných návratov prostredníctvom Medzinárodnej organizácie pre migráciu späť do krajiny svojho pôvodu. Na základe vyššie uvedeného, migračný úrad rozhodol o zastavení konania z dôvodu podľa § 19 ods. 1 písm. g) zákona o azyle, teda z dôvodu, že žalobca opustil územie Slovenskej republiky. S takouto interpretáciou § 19 ods. 1 písm. g) zákona o azyle,</w:t>
      </w:r>
    </w:p>
    <w:p>
      <w:r>
        <w:t>ako ani s jeho použitím pre prípad žalobcu, žalobca nesúhlasí. Z toho dôvodu preto žalobca podal proti uvedenému rozhodnutiu rozklad. Na prípad žalobcu preto nebolo, podľa názoru žalobcu, možné aplikovať ustanovenia § 19 ods. 1 písm. g) zákona o azyle. Tento sa vzťahuje na žiadateľov, teda na osoby, ktoré žiadajú o udelenie medzinárodnej ochrany.</w:t>
      </w:r>
    </w:p>
    <w:p>
      <w:r>
        <w:t>Postup migračného úradu, ako aj postup žalovaného bol preto, podľa žalobcu, v rozpore s platnými právnymi predpismi. Migračný úrad mal preto zvoliť iný postup, ktorým by o žiadosti žalobcu rozhodol. Migračný úrad, ako aj žalovaný správny orgán vec nesprávne právne posúdil, a preto, podľa žalobcu, je potrebné toto rozhodnutie zrušiť. Tak, ako je uvedené vyššie, rozhodnutie žalovaného (ako aj rozhodnutie migračného úradu) je v rozpore s platnými predpismi. Žalovaný vec nesprávne právne posúdil a na prípad žalobcu aplikoval nesprávne ustanovenia zákona o azyle. Vzhľadom na vyššie uvedené má žalobca za to, že napadnuté rozhodnutie ministra vnútra SR, ako aj postup migračného úradu, ktoré mu predchádzalo, je nezákonné z vyššie uvedených dôvodov. Na základe týchto skutočností preto navrhuje, aby krajský súd rozhodnutie ministra vnútra SR, číslo: KM-OLVS-62/2014 zo dňa 14.08.2014, ako aj rozhodnutie Ministerstva vnútra SR, Migračného úradu, ČAS:MU-281-30/PO-Ž-2013 zo dňa 02.06.2014 v celom rozsahu zrušil a vec vrátil na ďalšie konanie.</w:t>
      </w:r>
    </w:p>
    <w:p>
      <w:r>
        <w:t>II.</w:t>
      </w:r>
    </w:p>
    <w:p>
      <w:r>
        <w:t>Žalovaný vo vyjadrení k žalobe, ktoré súdu doručil dňa 17.12.2014, uviedol, že podľa § 19 ods. 1 písm. g) zákona o azyle ministerstvo konanie o azyle zastaví, ak žiadateľ opustil územie Slovenskej republiky. Podľa § 2 písm. g) zákona o azyle sa konaním o azyle rozumie konanie o udelenie azylu, konanie o odňatie azylu, konanie o predĺženie doplnkovej ochrany a konanie o zrušenie doplnkovej ochrany. Podľa § 2 písm. h) zákona o azyle sa žiadateľom rozumie cudzinec, ktorý na útvare Policajného zboru podľa § 3 ods. 2 vyhlási, že žiada o udelenie azylu alebo poskytnutie doplnkovej ochrany na území Slovenskej republiky alebo iná osoba, o ktorej to ustanovuje tento zákon. Podľa § 20 ods. 3 zákona o azyle sa doplnková ochrana podľa § 13a a 13b poskytuje na jeden rok; po uplynutí jedného roka sa poskytovanie doplnkovej ochrany na žiadosť predĺži vždy o dva roky, ak sú splnené podmienky uvedené v § 13a alebo 13b a nie sú dôvody na jej neposkytnutie podľa § 13c ods. 2 až 4. Cudzinec je povinný podať žiadosť podľa predchádzajúcej vety najskôr 90 dní pred uplynutím lehoty, na ktorú bola poskytnutá, a najneskôr v posledný deň tejto lehoty; doplnková ochrany trvá až do rozhodnutia o žiadosti. Podľa § 16 ods. 1 písm. c) zákon o azyle, účastníkom konania o predĺženie doplnkovej ochrany je cudzinec, ktorý požiadal o jej predĺženie. Podľa § 27a ods. 1 cudzinec, ktorému sa poskytla doplnková ochrana, považuje sa za cudzinca, ktorému sa udelil prechodný pobyt; to neplatí, ak má na území Slovenskej republiky udelený trvalý pobyt.</w:t>
      </w:r>
    </w:p>
    <w:p>
      <w:r>
        <w:t>Žalovaný uvádza, že ako je z vyššie uvedených zákonných ustanovení zrejmé, cudzinca, ktorý požiadal o predĺženie doplnkovej ochrany treba považovať za žiadateľa v zmysle § 2 písm. h) zákona o azyle, teda aj za účastníka konania o predĺženie doplnkovej ochrany podľa § 16 ods. 1 písm. c) tohto zákona. Rozhodovanie o žiadosti o predĺženie doplnkovej ochrany treba v zmysle zákona o azyle považovať za rozhodovanie o dôvodoch ako na jej samotné poskytnutie podľa § 13a alebo 13b zákona o azyle. Preto, ak žalovaný rozhodol tak, ako je to uvedené vo výrokovej časti napadnutého rozhodnutia, postupoval vecne správne a zákonne. Vzhľadom na uvedené žalovaný navrhuje, aby Krajský súd v Bratislave žalobu proti rozhodnutiu ministra vnútra SR č. KM-OLVS-62/2014 zo dňa 14.8.20114 zamietol.</w:t>
      </w:r>
    </w:p>
    <w:p>
      <w:r>
        <w:t>III.</w:t>
      </w:r>
    </w:p>
    <w:p>
      <w:r>
        <w:t>Krajský súd v Bratislave, ako súd vecne a miestne príslušný (§ 246 ods. 1 O.s.p.), preskúmal napadnuté rozhodnutie a dospel k záveru, že žalobu je potrebné zamietnuť s poukazom na ust. § 250j ods. 1 O.s.p..</w:t>
      </w:r>
    </w:p>
    <w:p>
      <w:r>
        <w:t>Podľa ust. § 244 ods. 1 O.s.p., v správnom súdnictve preskúmavajú súdy na základe žalôb alebo opravných prostriedkov zákonnosť rozhodnutí a postupov orgánov verejnej správy.</w:t>
      </w:r>
    </w:p>
    <w:p>
      <w:r>
        <w:t>Pri preskúmavaní zákonnosti rozhodnutia súd skúma, či žalobou napadnuté rozhodnutie je v súlade s právnym poriadkom SR, teda najmä s hmotnými a procesnými administratívnymi predpismi. V intenciách citovaného ustanovenia § 244 ods. 1 O.s.p. súd preskúmava aj zákonnosť postupu správneho orgánu, ktorým sa rozumie aktívna činnosť správneho orgánu podľa procesných a hmotnoprávnych noriem,</w:t>
      </w:r>
    </w:p>
    <w:p>
      <w:r>
        <w:t>ktorou realizuje právomoc stanovenú zákonmi. V zákonom predpísanom postupe je správny orgán oprávnený a súčasne aj povinný vykonať úkony v priebehu konania a ukončiť ho vydaním rozhodnutia.</w:t>
      </w:r>
    </w:p>
    <w:p>
      <w:r>
        <w:t>Úlohou súdu v prejednávanej veci bolo preskúmať zákonnosť rozhodnutia Ministerstva vnútra SR č. KM-OLVS-62/2014 zo dňa 14.08.2014, ktorým žalovaný správny orgán rozhodujúc o rozklade žalobcu voči prvostupňovému rozhodnutiu Ministerstva vnútra SR, Migračného úradu ČAS: MU-281-30/PO- Ž-2013 zo dňa 02.06.2014, ktorým bolo podľa § 19 ods. 1 písm. g) zákona zastavené konanie vo veci jeho žiadosti o predĺženie doplnkovej ochrany na území Slovenskej republiky, rozhodol tak, že rozklad zamietol a vyššie citované prvostupňové rozhodnutie potvrdil.</w:t>
      </w:r>
    </w:p>
    <w:p>
      <w:r>
        <w:t>Z obsahu administratívneho spisu súd zistil, že žalobca dňa 03.06.2013 požiadal o predĺženie doplnkovej ochrany na území SR.</w:t>
      </w:r>
    </w:p>
    <w:p>
      <w:r>
        <w:t>Žalobcovi bola rozhodnutím MV SR, Migračným úradom ČAS: MU-64-52/PO-Ž/2010 zo dňa 28.06.2010 prvý krát poskytnutá doplnková ochrana na území Slovenskej republiky podľa § 13a a § 20 ods. 4 zákona na dobu jedného roka odo dňa nadobudnutia právoplatnosti rozhodnutia. Doplnková ochrana bola žalobcovi poskytnutá na základe tej skutočnosti, že v jeho prípade nebolo možné s dostatočnou istotou vylúčiť, že v prípade návratu do O. by mohol byť ohrozený na živote z dôvodu svojvoľného násilia súvisiaceho s nepriaznivou bezpečnostnou situáciou, resp., že by mohol byť vystavený vážnemu bezpráviu vo forme vážneho ohrozenia života počas medzinárodného alebo vnútroštátneho ozbrojeného konfliktu.</w:t>
      </w:r>
    </w:p>
    <w:p>
      <w:r>
        <w:t>Na základe žiadosti žalobcu bola doplnková ochrana následne dvakrát predĺžená.</w:t>
      </w:r>
    </w:p>
    <w:p>
      <w:r>
        <w:t>Dňa 03.06.2013 žalobca požiadal opakovane o predĺženie doplnkovej ochrany na území Slovenskej republiky. Dňa 12.08.2013 Ministerstvo vnútra SR, Migračný úrad vydalo rozhodnutie ČAS: MU-281-13/ PO-Ž/2013, ktorým podľa § 20 ods. 3 zákona z dôvodu nesplnenia podmienok stanovených v § 13a zákona rozhodlo o nepredĺžení doplnkovej ochrany žalobcu.</w:t>
      </w:r>
    </w:p>
    <w:p>
      <w:r>
        <w:t>Proti tomuto rozhodnutiu žalobca podal odvolanie prostredníctvom svojej právnej zástupkyne na Krajský súd v Bratislave, ktorý rozsudkom sp. zn. 10 Saz 6/2013-17 zo dňa 17.12.2013 potvrdil napadnuté rozhodnutie (prvostupňové rozhodnutie) správneho orgánu. Proti tomuto rozsudku právna zástupkyňa účastníka konania podala odvolanie na NS SR, ktorý svojím rozhodnutím 10 Sža 5/2014 zo dňa 26.03.2014 rozsudok Krajského súdu v Bratislave 10 Saz 6/2013 zo dňa 17.12.2013 zrušil a vec vrátil prvostupňovému správnemu orgánu na ďalšie konanie.</w:t>
      </w:r>
    </w:p>
    <w:p>
      <w:r>
        <w:t>Z administratívneho spisu súd ďalej zistil, že žalobca dňa 05.02.2014 sa prihlásil do programu asistovaných dobrovoľných návratov prostredníctvom Medzinárodnej organizácie pre migráciu a súhlas so zaradením do tohto programu mu bol udelený 07.02.2014. Súd ďalej zistil, že žalobca dňa 05.03.2014 opustil územie Slovenskej republiky a vycestoval do O.. Na tomto skutkovom základe Ministerstvo vnútra SR, Migračný úrad rozhodnutím ČAS: MU-281-30/PO-Ž/2013 zo dňa 02.06.2014 konanie vo veci žiadosti o predĺženie doplnkovej ochrany na území Slovenskej republiky v zmysle § 19 ods. 1 písm. g) zákona zastavilo.</w:t>
      </w:r>
    </w:p>
    <w:p>
      <w:r>
        <w:t>Proti tomuto podala právna zástupkyňa žalobcu odvolanie, o ktorom bolo rozhodnuté preskúmavaným rozhodnutím žalovaného. Z odôvodnenia druhostupňového rozhodnutia vyplýva právny názor totožný s právnym názorom prvostupňového správneho orgánu, z ktorého vyplýva, že správny orgán konajúci v prvom stupni ukončil konanie o udelenie poskytnutia doplnkovej ochrany na území Slovenskej republiky podľa § 19 ods. 1 písm. g) zákona, ktorý obligatórne ustanovuje zastaviť konanie o udelenie azylu, ak žiadateľ opustil územie Slovenskej republiky.</w:t>
      </w:r>
    </w:p>
    <w:p>
      <w:r>
        <w:t>IV.</w:t>
      </w:r>
    </w:p>
    <w:p>
      <w:r>
        <w:t>Podľa ust. § 1 zákona č. 480/2002 Z.z. o azyle a o zmene a doplnení niektorých zákonov, predmetom tohto zákona je a) upraviť konanie o azyle, b) ustanoviť postup pri poskytovaní dočasného útočiska,</w:t>
      </w:r>
    </w:p>
    <w:p>
      <w:r>
        <w:t>c) ustanoviť práva a povinnosti žiadateľov o udelenie azylu, azylantov, cudzincov, ktorým sa poskytla doplnková ochrana, cudzincov žiadajúcich o poskytnutie dočasného útočiska a odídencov, d) ustanoviť pôsobnosť orgánov verejnej moci na úseku azylu, doplnkovej ochrany a dočasného útočiska, e) upraviť integráciu azylantov do spoločnosti, f) upraviť pobyt v azylových zariadeniach.</w:t>
      </w:r>
    </w:p>
    <w:p>
      <w:r>
        <w:t>Podľa ust. § 2 písm. g) citovaného zákona, na účely tohto zákona sa rozumie konaním o azyle konanie o udelenie azylu, konania o odňatie azylu, konanie o predĺženie doplnkovej ochrany a konanie o zrušenie doplnkovej ochrany.</w:t>
      </w:r>
    </w:p>
    <w:p>
      <w:r>
        <w:t>Podľa písm. h) citovaného ustanovenia, žiadateľom cudzinec, ktorý na útvare Policajného zboru podľa § 3 ods. 2 vyhlási, že žiada o udelenie azylu alebo o poskytnutie doplnkovej ochrany na území Slovenskej republiky, alebo iná osoba, o ktorej to ustanovuje tento zákon.</w:t>
      </w:r>
    </w:p>
    <w:p>
      <w:r>
        <w:t>Podľa ust. § 19 ods. 1 písm. g) citovaného zákona, ministerstvo konanie o azyle zastaví, ak žiadateľ opustil územie Slovenskej republiky.</w:t>
      </w:r>
    </w:p>
    <w:p>
      <w:r>
        <w:t>Podľa ust. § 27a ods. 1 citovaného zákona, cudzinec, ktorému sa poskytla doplnková ochrana, považuje sa za cudzinca, ktorému sa udelil prechodný pobyt; to neplatí, ak má na území Slovenskej republiky udelený trvalý pobyt.</w:t>
      </w:r>
    </w:p>
    <w:p>
      <w:r>
        <w:t>Podľa ust. § 52 ods. 1 citovaného zákona, na konanie podľa tohto zákona sa vzťahuje všeobecný predpis o správnom konaní, ak tento zákon neustanovuje inak. Právne úkony vykonávané orgánom verejnej moci v konaní podľa tohto zákona sa vykonávajú výlučne v listinnej podobe.</w:t>
      </w:r>
    </w:p>
    <w:p>
      <w:r>
        <w:t>V.</w:t>
      </w:r>
    </w:p>
    <w:p>
      <w:r>
        <w:t>Na základe vyššie uvedených skutočností Krajský súd v Bratislave dospel k právnemu záveru totožnému so záverom správnych orgánov a konštatoval, že preskúmavaným rozhodnutím žalovaného správneho orgánu nedošlo k porušeniu zákona. Ako bolo uvedené vyššie žalobca je cudzinec, ktorý požiadal o predĺženie doplnkovej ochrany, ktorého treba považovať v zmysle ust. § 2 písm. h) citovaného zákona za žiadateľa o predĺženie doplnkovej ochrany podľa § 16 ods. 1 písm. c) zákona. Je nesporné, že žalobca sa dňa 05.02.2014 prihlásil do programu asistovaných dobrovoľných návratov prostredníctvom Medzinárodnej organizácie pre migráciu a súhlas so zaradením do tohto programu mu bol udelený dňa 07.02.2014. Dňa 05.03.2014 žalobca opustil územie Slovenskej republiky a vycestoval do O..</w:t>
      </w:r>
    </w:p>
    <w:p>
      <w:r>
        <w:t>Súd konštatuje, že ak správny orgán konajúci v prvom stupni ukončil konanie žalobcu o udelenie poskytnutia doplnkovej ochrany na území Slovenskej republiky podľa ust. § 19 ods. 1 písm. g) zákona, postupoval v súlade so zákonom o azyle, ako aj v súlade so zákonom o správnom konaní. Právna zástupkyňa žalobcu neuviedla v žalobe žiadne skutočnosti, ktoré by odôvodňovali resp. spochybňovali vecnú správnosť preskúmavaného rozhodnutia.</w:t>
      </w:r>
    </w:p>
    <w:p>
      <w:r>
        <w:t>Ustanovenie § 19 ods. 1 písm. g) zákona obligatórne ustanovuje zastaviť konanie o udelenie azylu, ak žiadateľ opustil územie Slovenskej republiky, k čomu v tomto prípade nesporne došlo. Prvostupňový správny orgán teda postupoval v súlade so zákonom. Krajský súd v Bratislave konštatoval, že preskúmavané rozhodnutie je vecne a právne správne, správny orgán rozhodol vo veci skutkovo správne a v súlade so zákonom, a preto postupom podľa ust. § 250j ods. 1 O.s.p. žalobu zamietol.</w:t>
      </w:r>
    </w:p>
    <w:p>
      <w:r>
        <w:t>Súd rozhodol o žalobe žalobcu bez pojednávania rozsudkom v súlade s ust. § 250f ods. 1 O.s.p., keď účastníci konania boli podľa § 250f ods. 2 O.s.p. riadne vyzvaní na vyjadrenie sa k prejednaniu veci bez nariadenia pojednávania.</w:t>
      </w:r>
    </w:p>
    <w:p>
      <w:r>
        <w:t>O trovách konania rozhodol súd podľa ust. § 250k ods. 1 O.s.p.. S ohľadom na neúspech žalobcu v konaní mu súd náhradu trov konania nepriznal.</w:t>
      </w:r>
    </w:p>
    <w:p>
      <w:r>
        <w:t>Toto rozhodnutie prijal senát Krajského súdu v Bratislave v pomere hlasov 3:0 (§ 3 ods. 9 veta tretia zákona č. 757/2004 Z.z. o súdoch a o zmene a doplnení niektorých zákonov v znení účinnom od 01.05.2011).</w:t>
      </w:r>
    </w:p>
    <w:p>
      <w:r>
        <w:t>Poučenie:</w:t>
      </w:r>
    </w:p>
    <w:p>
      <w:r>
        <w:t>Proti tomuto rozhodnutiu možno podať odvolanie do 15 dní odo dňa jeho doručenia na Krajský súd v Bratislave, písomne, dvojmo.</w:t>
      </w:r>
    </w:p>
    <w:p>
      <w:r>
        <w:t>Z podania musí byť zjavné, ktorému súdu je určené, kto ho robí, ktorej veci sa týka a čo sleduje a musí byť podpísané a datované (§ 42 ods. 3 O.s.p).</w:t>
      </w:r>
    </w:p>
    <w:p>
      <w:r>
        <w:t>V odvolaní sa má popri všeobecných náležitostiach (§ 42 ods. 3 O.s.p.) uviesť, proti ktorému rozhodnutiu smeruje, v akom rozsahu sa napáda, v čom sa toto rozhodnutie alebo postup súdu považuje za nesprávny a čoho sa odvolateľ domáha (§ 205 ods. 1 O.s.p.).</w:t>
      </w:r>
    </w:p>
    <w:p>
      <w:r>
        <w:t>Podľa § 205 ods. 2 O.s.p. odvolanie možno odôvodniť len tým, že: a/ v konaní došlo k vadám uvedeným v § 221 ods. 1 O.s.p.; b/ konanie má inú vadu, ktorá mohla mať za následok nesprávne rozhodnutie vo veci; c/ súd prvého stupňa neúplne zistil skutkový stav veci, pretože nevykonal navrhnuté dôkazy, potrebné na zistenie rozhodujúcich skutočností; d/ súd prvého stupňa dospel na základe vykonaných dôkazov k nesprávnym skutkovým zisteniam; e/ doteraz zistený skutkový stav neobstojí, pretože sú tu ďalšie skutočnosti alebo iné dôkazy, ktoré doteraz neboli uplatnené (§ 205 a/ O.s.p.); f/ rozhodnutie súdu prvého stupňa vychádza z nesprávneho právneho posúdenia veci. Rozsah, v akom sa rozhodnutie napáda a dôvody odvolania môže odvolateľ rozšíriť len do uplynutia lehoty na odvolanie.</w:t>
      </w:r>
    </w:p>
    <w:p/>
    <w:p>
      <w:r>
        <w:t>Zdroj: KAUZIS.SK – https://www.kauzis.sk/judikatura/r/ECLI:SK:KSBA:2015:1014201757.1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