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10Scud/17/2014 z 13. 4. 2015</w:t>
      </w:r>
    </w:p>
    <w:p>
      <w:r>
        <w:t>Rozsudok Krajského súdu Bratislava z 13. apríla 2015, sp. zn. 10Scud/17/2014, ECLI:SK:KSBA:2015:1014201815.2</w:t>
      </w:r>
    </w:p>
    <w:p>
      <w:r>
        <w:t>Súd: Krajský súd Bratislava</w:t>
      </w:r>
    </w:p>
    <w:p>
      <w:r>
        <w:t>Spisová značka: 10Scud/17/2014</w:t>
      </w:r>
    </w:p>
    <w:p>
      <w:r>
        <w:t>ECLI: ECLI:SK:KSBA:2015:1014201815.2</w:t>
      </w:r>
    </w:p>
    <w:p>
      <w:r>
        <w:t>Dátum vydania: 13. 4. 2015</w:t>
      </w:r>
    </w:p>
    <w:p>
      <w:r>
        <w:t>Forma: Rozsudok</w:t>
      </w:r>
    </w:p>
    <w:p>
      <w:r>
        <w:t>Oblasť práva: Správne právo</w:t>
      </w:r>
    </w:p>
    <w:p>
      <w:pPr>
        <w:pStyle w:val="Heading2"/>
      </w:pPr>
      <w:r>
        <w:t>Text rozhodnutia</w:t>
      </w:r>
    </w:p>
    <w:p>
      <w:r>
        <w:t>Súd: Krajský súd Bratislava Spisová značka: 10Scud/17/2014 Identifikačné číslo súdneho spisu: 1014201815 Dátum vydania rozhodnutia: 14. 04. 2015 Meno a priezvisko sudcu, VSÚ: JUDr. Beata Jurgošová ECLI: ECLI:SK:KSBA:2015:1014201815.2 ROZSUDOK V MENE SLOVENSKEJ REPUBLIKY Krajský súd v Bratislave sudkyňou JUDr. Beátou Jurgošovou v právnej veci navrhovateľa O. S., I. I. XX, W., S. X. E., proti odporkyni Sociálnej poisťovni ústredie v Bratislave, Ul. 29. augusta č. 8, Bratislava o invalidný dôchodok takto r o z h o d o l : Súd rozhodnutie odporkyne Č.. XXX XXX XXXX zo dňa 3. júla 2014 p o t v r d z u j e . Účastníkom náhradu trov konania nepriznáva. o d ô v o d n e n i e : Rozhodnutím číslo XXX XXX XXXX zo dňa 3.7.2014 odporkyňa podľa § 70 ods. 1 a § 82 zákona č. 461/2003 Z.z. o sociálnom poistení v znení neskorších predpisov a podľa čl. 52 ods. 1 písm. b) nariadenia (ES) Európskeho parlamentu a Rady č. 883/2004 o koordinácii systémov sociálneho zabezpečenia priznala navrhovateľovi od 9. augusta 2012 invalidný dôchodok v sume 66,00 eur mesačne. Podľa § 82 a § 293ce zákona č. 461/2003 Z.z. o sociálnom poistení v znení neskorších predpisov a § 1 opatrenia Ministerstva práce, sociálnych vecí a rodiny Slovenskej republiky č. 329/2012 Z. z., ktorým sa ustanovuje pevná suma zvýšenia dôchodkovej dávky a percento zvýšenia úrazovej renty v roku 2013, navrhovateľovi od 1. januára 2013 zvýšila invalidný dôchodok na sumu 67,80 eur mesačne. Podľa § 82 zákona č. 461/2003 Z.z. o sociálnom poistení v znení neskorších predpisov a § 1 opatrenia Ministerstva práce, sociálnych vecí a rodiny Slovenskej republiky č. 329/2013 Z.z., ktorým sa ustanovuje pevná suma zvýšenia dôchodkovej dávky a percento zvýšenia úrazovej renty v roku 2014, navrhovateľovi od 1. januára 2014 zvýšila invalidný dôchodok na sumu 69,10 eur mesačne. Rozhodla tak s odôvodnením, že podľa posudku posudkového lekára sociálneho poistenia Sociálnej poisťovne zo dňa 10.6.2014 navrhovateľ bola uznaný za invalidného, miera poklesu schopnosti vykonávať zárobkovú činnosť u navrhovateľa je 55%. Navrhovateľ návrhom zo dňa 19.8.2014 žiadal preskúmať rozhodnutie odporkyne číslo XXX XXX XXXX zo dňa 3.7.2014 a poukázal na nepriaznivý zdravotný stav. Uviedol, že od 1.11.2011 mu bol dôchodkovou poisťovňou v Nemecku priznaný invalidný dôchodok. Krajský súd preskúmal rozhodnutie číslo XXX XXX XXXX podľa § 250l a nasl. O.s.p., prejednal návrh navrhovateľa a dospel k záveru, že návrh nie je dôvodný. Krajský súd vykonal dokazovanie výsluchom odporkyne, posudkom posudkového lekára Sociálnej poisťovne pobočky Bratislava zo dňa 10.6.2014, posudkom posudkového lekára Sociálnej poisťovne pobočky Bratislava zo dňa 17.10.2014, a posudkom posudkového lekára Sociálnej poisťovne ústredie Bratislava zo dňa 14.1.2015, oboznámil sa s dávkovým spisom odporkyne číslo XXX XXX XXXX 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72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1 opatrenia Ministerstva práce, sociálnych vecí a rodiny Slovenskej republiky č. 329/2012 Z.z., ktorým sa ustanovuje pevná suma zvýšenia dôchodkovej dávky a percento zvýšenia úrazovej renty v roku 2013, dôchodková dávka v roku 2013 sa zvyšuje takto: invalidný dôchodok priznaný z dôvodu poklesu schopnosti vykonávať zárobkovú činnosť najviac o 70 % o 5,90 eura. Podľa § 1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4,50 eura, ak ide o invalidný dôchodok priznaný z dôvodu poklesu schopnosti vykonávať zárobkovú činnosť najviac o 70 %. Podľa článku 52 ods. 1 písm. b) nariadenia (ES) Európskeho parlamentu a Rady č. 883/2004 o koordinácii systémov sociálneho zabezpečenia príslušná inštitúcia vypočíta výšku dávky, ktorá bude náležať vypočítaním teoretickej výšky a následne skutočnej výšky (paušálna dávka) takto: i) teoretická výška dávky je rovná dávke, na ktorú by si daná osoba mohla uplatňovať nárok, ak by všetky doby poistenia a/alebo bydliska, ktoré boli dosiahnuté podľa právnych predpisov iných členských štátov, boli dosiahnuté podľa právnych predpisov, ktoré uplatňuje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poistného udalosti podľa právnych predpisov všetkých daných členských štátov. Na základe žiadosti navrhovateľa zo dňa 22. mája 2014 o invalidný dôchodok, zdravotný stav a pracovná schopnosť navrhovateľa boli posúdené posudkovým lekárom Sociálnej poisťovne pobočka Bratislava, ktorý v posudku zo dňa 10. júna 2014 uviedol, že u navrhovateľa dominujú psychické ťažkosti hodnotené ako depresívna porucha stredne ťažkého stupňa, ktoré hodnotí ako rozhodujúce zdravotné postihnutie. Mieru poklesu schopnosti vykonávať zárobkovú činnosť určil na hornej hranici príslušnej položky vo výške 45 %. Poukázal na to, že zdravotný stav navrhovateľa zhoršujú ďalšie ochorenia, a to syndróm spánkového apnoe, nedoslýchavosť s potrebou používania načúvacieho aparátu, stav po implantácii stentov pre koronárne ochorenie srdca, závraty, preto sa zvyšuje percentuálna miera o 10 %. Výsledná miera poklesu schopnosti vykonávať zárobkovú činnosť je 55 %. Dátum vzniku invalidity určil dňom vystavenia formuláru E 213, t.j. od 9.8.2012. Posudkový lekár Sociálnej poisťovne pobočka Bratislava v posudku zo dňa 17. októbra 2014 uviedol, že podľa dokumentácie zdravotného stavu uvedenej v Lekárskej správe zo dňa 10.6.2014 u navrhovateľa dominujú psychické ťažkosti hodnotené ako depresívna porucha stredne ťažkého stupňa, ktoré boli hodnotené ako rozhodujúce zdravotné postihnutie. Miera poklesu schopnosti vykonávať zárobkovú činnosť bola určená na hornej hranici príslušnej položky vo výške 45 %. Zdravotný stav navrhovateľa zhoršujú ďalšie ochorenia - syndróm spánkového apnoe, nedoslýchavosť s potrebou používania načúvacieho aparátu, stav po implantácii stentov pre koronárne ochorenie srdca, závraty - preto bola zvýšená percentuálna miera o 10 %. Vzhľadom na uvedené stanovil mieru poklesu schopnosti vykonávať zárobkovú činnosť na 55 %. Dátum vzniku invalidity určil dňom vystavenia formuláru E 213, teda od 9.8.2012. K námietkam navrhovateľa v odvolaní uviedol, že nie je smerodajné, že aký dôchodok poberá v Nemeckej republike, zdravotný stav navrhovateľa sa posudzuje v zmysle zákona č. 461/2003 Z.z., podľa prílohy č. 4 . Navrhovateľ je invalidný podľa § 71 ods. 1 zákona č. 461/2003 Z.z. o sociálnom zabezpečení lebo pre dlhodobo nepriaznivý zdravotný stav má pokles schopnosti vykonávať zárobkovú činnosť o viac ako 40% v porovnaní so zdravou fyzickou osobou. Posudkový lekár Sociálnej poisťovne ústredie Bratislava v posudku zo dňa 14. januára 2015 uviedol, že navrhovateľ prekonal vo februári 2002 koronárnu príhodu, bolo potvrdené jednocievne postihnutie na koronárnej cieve, stav po RCX - implantácii stentu. V roku 2008 je údaj o druhej srdcovej príhode. Od roku 2009 navrhovateľ trpí na nedočujnosť, mal zabezpečený načúvací prístroj. Uvedené diagnózy však nie sú podložené a potvrdené ani paraklinickými vyšetreniami ani odbornými vyšetreniami, jedná sa o jednorázové údaje v Podrobnej lekárskej správe. Vykonané EEG vyšetrenie bez závažného patologického nálezu, asi neurologické vyšetrenie alebo neuropsychologické vyšetrenie nepotvrdilo závažný patologický nález v zostatkovom neurologickom náleze. Bolesti chrbtice - dorzalgie sú adekvátne veku navrhovateľa. Podľa záznamov v Podrobnej lekárskej správe obmedzenia duševnej výkonnosti neboli zistené, navrhovateľ je schopný vykonávať prácu 5 dní v týždni s bežnými pracovnými prestávkami, ľahké práce všeobecného charakteru pre pracovný trh 3-6 hodín denne, stanovisko asi odborných lekárov pre nemeckú dôchodkovú poisťovňu. Rozhodujúcim zdravotným postihnutím u navrhovateľa sú depresívne epizódy, v minulosti mierneho stupňa, t.č. stav hodnotený ako depresívna porucha strednej formy. Zdravotný stav navrhovateľa spĺňa posudkové kritériá na uznanie invalidity od 9.8.2012 s MPSVZČ 55 %, t.j. dňom vystavenia odborných lekárskych vyšetrení pre nemeckú dôchodkovú poisťovňu. Navrhovateľ je invalidný podľa § 71 ods. 1 zákona č. 461/2003 Z.z. o sociálnom poistení, lebo pre dlhodobo nepriaznivý zdravotný stav má pokles schopnosti vykonávať zárobkovú činnosť o viac ako 40 % v porovnaní so zdravou fyzickou osobou. Navrhovateľ sa na pojednávanie dňa 14.4.2015 napriek riadnemu predvolaniu nedostavil, svoju neúčasť na ňom ospravedlnil zo zdravotných dôvodov, a preto súd podľa § 101 ods. 2 Občianskeho súdneho poriadku (ďalej len O.s.p.) vec prejednal v jeho neprítomnosti. Zástupkyňa odporkyne žiadala napadnuté rozhodnutie ako vecne správne potvrdiť. Poukázala na to, že zdravotný stav navrhovateľa bol posúdený na účely priznania invalidného dôchodku v zmysle zákona č. 461/2003 Z.z., ktorého súčasťou je príloha č. 4. Vzhľadom na predložené lekárske správy bol navrhovateľ uznaný invalidným od 9.8.2012 s MPSVZČ 55 %. Pre nárok a výšku invalidného dôchodku bola navrhovateľovi započítaná celá doba dôchodkového poistenia s prihliadnutím aj na dobu získanú v cudzine. Doba získaná v cudzine bola zhodnotená rovnako ako ju zhodnotila dôchodková poisťovňa v Nemecku. Posudkový lekár sociálneho poistenia Sociálnej poisťovne pobočka Bratislava ako aj posudkový lekár sociálneho poistenia Sociálnej poisťovne ústredie Bratislava vo svojich vyššie uvedených posudkoch zohľadnili všetky navrhovateľom uvádzané ťažkosti, vysporiadali sa s lekárskymi nálezmi nachádzajúcimi sa v zdravotnej dokumentácii navrhovateľa a určili, že rozhodujúcim zdravotným postihnutím u navrhovateľa sú poruchy nálad (depresívne, periodické) stredne ťažké formy (kapitola V., položka 3.a) prílohy č. 4 zákona č. 461/2003 Z. z.). Zohľadnili, že zdravotný stav navrhovateľa zhoršujú ďalšie ochorenia (syndróm spánkového apnoe, nedoslýchavosť s potrebou používania načúvacieho aparátu, stav po implantácii stentov pre koronárne ochorenia srdca, závraty), a preto bola zvýšená percentuálna miera o 10 %. Zotrvali na stanovenej miere poklesu schopnosti vykonávať zárobkovú činnosť 55 %. Dátum vzniku invalidity navrhovateľa stanovili dňom 9.8.2012, t.j. dňom vystavenia formuláru E 213. Navrhovateľ ku dňu vzniku invalidity, získal 15717 dní obdobia dôchodkového poistenia, ku ktorému sa pripočítava obdobie od vzniku nároku na invalidný dôchodok do dosiahnutia dôchodkového veku podľa právnych predpisov Slovenskej republiky. Pri posúdení nároku na invalidný dôchodok a určení jeho sumy boli zhodnotené všetky preukázané obdobia dôchodkového poistenia získané podľa právnych predpisov Slovenskej republiky a obdobia poistenia získané podľa právnych predpisov Spolkovej republiky Nemecko potvrdené príslušnou inštitúciou. Získanie ďalšieho obdobia dôchodkového poistenia podľa právnych predpisov Slovenskej republiky a obdobia poistenia podľa právnych predpisov Spolkovej republiky Nemecko nebolo preukázané. Zistenia posudkových lekárov neboli spochybnené ani v súdnom konaní. Závery posudkov posudkového lekára Sociálnej poisťovne pobočka Bratislava a posudkového lekára Sociálnej poisťovne ústredie Bratislava sú odborné, presvedčivé, náležite zdôvodnené a súd nezistil rozpor medzi ich závermi a zisteným skutočným stavom. Navrhovateľ splnil podmienky nároku na invalidný dôchodok len s prihliadnutím na doby poistenia získaných podľa právnych predpisov Spolkovej republiky Nemecko v rozsahu 11182 dní. Teoretická suma invalidného dôchodku bola určená ako súčin priemerného osobného mzdového bodu 0,8999; 43,0603 rokov obdobia dôchodkového poistenia a pripočítaného obdobia, percentuálneho poklesu schopnosti vykonávať zárobkovú činnosť 55% a aktuálnej dôchodkovej hodnoty platnej k 9.8.2012, ktorá je 9,8182 eur, čo predstavuje sumu invalidného dôchodku 221,05749856 eur mesačne. Z tejto sumy je čiastkový invalidný dôchodok podiel, ktorý zodpovedá pomeru obdobia dôchodkového poistenia získaného podľa právnych predpisov Slovenskej republiky k úhrnu dôb zhodnotených na nárok a teoretickú sumu invalidného dôchodku. Z celkovej doby 15717 dní (na účely výpočtu dôchodku je to 43,0603 rokov obdobia dôchodkového poistenia) zhodnotenej na nárok a teoretickú sumu dôchodku podľa právnych predpisov Slovenskej republiky získal 4535 dní (na účely výpočtu dôchodku 12,4247 rokov obdobia dôchodkového poistenia). Koeficient na určenie sumy čiastkového invalidného dôchodku v hodnote 0,28854188 je určený ako podiel dôb obdobia získaného podľa právnych predpisov Slovenskej republiky a úhrnu dôb zhodnotených na nárok a teoretickú sumu invalidného dôchodku. Invalidný dôchodok v sume 221,05749856 eur sa kráti v pomere 12,4247 rokov v Slovenskej republike s úhrnom 43,0603 rokov t.j. 63,78435 na sumu 63,80 eur mesačne. K tejto sume patrí zvýšenie o 3,3%, t.j. o 2,20 eur (§ 82 zákona č. 461/2003 Z.z. v znení neskorších predpisov) t.j. na sumu 66,00 eur mesačne. Súd konštatoval, že odporkyňa pri výpočte invalidného dôchodku navrhovateľa postupovala správne podľa citovaných zákonných ustanovení. Súd preto z vyššie uvedených dôvodov rozhodnutie číslo XXX XXX XXXX zo dňa 3. 7.2014, ktorým bol priznaný invalidný dôchodok podľa § 250q ods. 2 O.s.p. ako vecne správne potvrdil. O trovách konania súd rozhodol podľa § 250k ods. 1 v spojení s § 250l ods. 2 O.s.p. Navrhovateľ nebol v konaní úspešný, a preto mu súd trovy konania nepriznal a odporkyni trovy konania neprislúchajú. Poučenie: P o u č e n i e :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https://www.kauzis.sk/judikatura/r/ECLI:SK:KSBA:2015:1014201815.2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