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5Sd/290/2014 z 24. 11. 2015</w:t>
      </w:r>
    </w:p>
    <w:p>
      <w:r>
        <w:t>Rozsudok Krajského súdu Bratislava z 24. novembra 2015, sp. zn. 5Sd/290/2014, ECLI:SK:KSBA:2015:1014201825.3</w:t>
      </w:r>
    </w:p>
    <w:p>
      <w:r>
        <w:t>Súd: Krajský súd Bratislava</w:t>
      </w:r>
    </w:p>
    <w:p>
      <w:r>
        <w:t>Spisová značka: 5Sd/290/2014</w:t>
      </w:r>
    </w:p>
    <w:p>
      <w:r>
        <w:t>ECLI: ECLI:SK:KSBA:2015:1014201825.3</w:t>
      </w:r>
    </w:p>
    <w:p>
      <w:r>
        <w:t>Dátum vydania: 24. 11. 2015</w:t>
      </w:r>
    </w:p>
    <w:p>
      <w:r>
        <w:t>Forma: Rozsudok</w:t>
      </w:r>
    </w:p>
    <w:p>
      <w:r>
        <w:t>Oblasť práva: Správne právo</w:t>
      </w:r>
    </w:p>
    <w:p>
      <w:pPr>
        <w:pStyle w:val="Heading2"/>
      </w:pPr>
      <w:r>
        <w:t>Text rozhodnutia</w:t>
      </w:r>
    </w:p>
    <w:p>
      <w:r>
        <w:t>Súd: Krajský súd Bratislava Spisová značka: 5Sd/290/2014 Identifikačné číslo súdneho spisu: 1014201825 Dátum vydania rozhodnutia: 25. 11. 2015 Meno a priezvisko sudcu, VSÚ: JUDr. Milota Tóthová ECLI: ECLI:SK:KSBA:2015:1014201825.3</w:t>
      </w:r>
    </w:p>
    <w:p>
      <w:r>
        <w:t>ROZSUDOK V MENE SLOVENSKEJ REPUBLIKY</w:t>
      </w:r>
    </w:p>
    <w:p>
      <w:r>
        <w:t>Krajský súd v Bratislave samosudkyňou JUDr. Milotou Tóthovou v právnej veci navrhovateľky N. T., U. P. XXXX/XX, U., proti odporkyni Sociálnej poisťovni ústredie, Ul. 29. augusta č. 8-10, Bratislava, o invalidný dôchodok, takto</w:t>
      </w:r>
    </w:p>
    <w:p>
      <w:r>
        <w:t>r o z h o d o l :</w:t>
      </w:r>
    </w:p>
    <w:p>
      <w:r>
        <w:t>Súd rozhodnutie odporkyne číslo XXX XXX XXXX X zo dňa 29. januára 2014 p o t v r d z u j e . Účastníkom náhradu trov konania nepriznáva.</w:t>
      </w:r>
    </w:p>
    <w:p>
      <w:r>
        <w:t>o d ô v o d n e n i e :</w:t>
      </w:r>
    </w:p>
    <w:p>
      <w:r>
        <w:t>Rozhodnutím číslo XXX XXX XXXX X zo dňa 29. januára 2014 odporkyňa podľa § 70, § 112 ods. 2 a 6 zákona č. 461/2003 Z.z. o sociálnom poistení v znení neskorších predpisov navrhovateľke odňala invalidný dôchodok od 4. marca 2014. Rozhodla tak s odôvodnením, že podľa posudku posudkového lekára sociálneho poistenia Sociálnej poisťovne, pobočky Bratislava zo 10. januára 2014 navrhovateľka už nie je invalidná podľa § 71 ods. 1 zákona č. 461/2003 Z.z., lebo pre dlhodobo nepriaznivý zdravotný stav nemá pokles schopnosti vykonávať zárobkovú činnosť o viac ako 40% v porovnaní so zdravou fyzickou osobou. Navrhovateľka návrhom zo dňa 24.3.2014 žiadala preskúmať toto rozhodnutie a poukazovala na to, že bola liečená pre stredne ťažkú depresiu. Poukazovala na to, že sa stále lieči na psychiatrii a chodí na rehabilitáciu. Súd preskúmal napadnuté rozhodnutie podľa § 250l a nasl. O.s.p., prejednal návrh navrhovateľky a dospel k záveru, že nie je dôvodný.</w:t>
      </w:r>
    </w:p>
    <w:p>
      <w:r>
        <w:t>Súd vykonal dokazovanie výsluchom odporkyne, posudkami posudkového lekára Sociálnej poisťovne pobočky Bratislava zo dňa 10.1.2014 a 19.9.2014, posudkom posudkového lekára Sociálnej poisťovne ústredie Bratislava zo dňa 29.10.2014, oboznámil sa s posudkovým spisom odporkyne a zistil tento skutkový stav.</w:t>
      </w:r>
    </w:p>
    <w:p>
      <w:r>
        <w:t>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Podľa § 70 ods. 2 cit. zákona fyzická osoba má nárok na invalidný dôchodok aj vtedy, ak sa stala invalidnou v období, v ktorom je nezaopatreným dieťaťom</w:t>
      </w:r>
    </w:p>
    <w:p>
      <w:r>
        <w:t>Podľa § 71 ods. 1 zákona č. 461/2003 Z.z. o sociálnom poistení poistenec je invalidný, ak pre dlhodobo nepriaznivý zdravotný stav má pokles schopnosti vykonávať zárobkovú činnosť o viac ako 40%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w:t>
      </w:r>
    </w:p>
    <w:p>
      <w:r>
        <w:t>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w:t>
      </w:r>
    </w:p>
    <w:p>
      <w:r>
        <w:t>Podľa § 112 ods. 2 cit. zákona dávka sa odníme, ak zanikol nárok na dávku alebo ak sa zistí, že sa dávka priznala neprávom. Podľa § 112 ods. 6 dávka sa odníme, zníži alebo jej výplata sa zastaví odo dňa nasledujúceho po dni, ktorým uplynulo obdobie, za ktoré sa dávka už vyplatila.</w:t>
      </w:r>
    </w:p>
    <w:p>
      <w:r>
        <w:t>V preskúmavanej veci súd zistil, že navrhovateľka bola na základe posudku posudkového lekára Sociálnej poisťovne pobočka Bratislava zo dňa 12.12.2011 uznaná invalidnou od 17.9.2011 z dôvodu dlhodobého nepriaznivého zdravotného stavu, je v starostlivosti psychiatra pre stredne ťažkú depresiu, je u nej konštatovaná vysoká hladina intrapsychickej tenzie, osobnosť depresívne alterovaná. Navrhovateľka je ďalej v starostlivosti neurológa pre chronický LIS s radikulopatiou. Rozhodujúcim zdravotným postihnutím u navrhovateľky sú poruchy nálad stredná forma (kapitola V., položka 3 písm. a) prílohy č. 4 zákona č. 461/2003 Z.z., kde mieru poklesu schopnosti posudkový lekár stanovil na 45%, pričom horná hranica percentuálnej miery zvolil s ohľadom aj na neurologický nález. Dátum vzniku invalidity stanovil od skončenia podporného obdobia, t.j. od 17.9.2011. Navrhovateľka je invalidná podľa 71 ods. 1 zákona č. 461/2003 Z.z. o sociálnom poistení v znení neskorších predpisov. Posudkový lekár Sociálnej poisťovne pobočka Bratislava pri kontrolnej lekárskej prehliadke uskutočnenej dňa 10.1.2014 na základe doloženej lekárskej zdravotnej dokumentácie uviedol, že navrhovateľka trpí na choroby a to adaptačnú poruchu a bolesť chrbta - dorzalgiu. Konštatoval, že</w:t>
      </w:r>
    </w:p>
    <w:p>
      <w:r>
        <w:t>navrhovateľka je v liečbe psychiatra od 8.8.2011 do 17.10.2012, odvtedy je bez kontrol a bez liečby, až v rámci kontroly invalidného dôchodku absolvovala psychiatrické vyšetrenie dňa 6.12.2013, kedy v aktuálnom obraze sú iba subdepresívne výkyvy na reaktívnej báze s hyposomniou, epizóda ľahkej depresie v minulosti. Rozhodujúcim zdravotným postihnutím u navrhovateľky sú neurotické, stresové a somatomorfné poruchy, stredne ťažké formy (kapitola V., položka 4 písm. a) prílohy č. 4 zákona č. 461/2003 Z.z., kde mieru poklesu schopnosti posudkový lekár stanovil na 15%, nakoľko hlavnou diagnózou je tohto času adaptačná porucha, pre ktorú pri uvedenej klinike hodnotil posudkový lekár s mierou poklesu schopnosti vykonávať zárobkovú činnosť na dolnej hranici možného percentuálneho rozpätia. Pridružené sekundárne ťažkosti s chrbticou sú pri zistenom stave posudkovo nevýznamné a nepodmieňujú zvýšenie miery poklesu schopnosti vykonávať zárobkovú činnosť. Navrhovateľka nie je invalidná podľa § 71 ods. 1 zákona č. 461/2003 Z.z. o sociálnom poistení v znení neskorších predpisov, lebo pre dlhodobo nepriaznivý zdravotný stav nemá pokles schopnosti vykonávať zárobkovú činnosť o viac ako 40% v porovnaní so zdravou fyzickou osobou. Dátum zániku invalidity stanovil od 10.1.2014. Posudkový lekár Sociálnej poisťovne pobočka Bratislava v posudku zo dňa 19.9.2014 zotrval na posudkovom závere uvedenom v posudku zo dňa 10.1.2014. Posudkový lekár Sociálnej poisťovne ústredie Bratislava v posudku zo dňa 29.10.2014 uviedol, že navrhovateľka trpí na choroby a to adaptačnú poruchu, úzkostne depresívnu poruchu, depresívnu epizódu podľa dokumentácie a bolesti chrbta - dorzalgie. Uviedol, že u navrhovateľky je anamnéza primárneho ochorenia - adaptačnej poruchy, úzkostne depresívnej poruchy a depresívnych epizód. Navrhovateľka bola v ambulantnej liečbe psychiatra od 8.8.2011 do 17.10.2012 pre uvedené diagnostické závery, na kontroly nedochádzala, lieky neužívala, čo potvrdzuje psychiatrické vyšetrenie zo dňa 6.12.2013. Navrhovateľka bola v observácii podľa záznamov psychiatra pre epizódu ľahkej depresie. Psychiatrické vyšetrenie zo dňa 18.3.2014 uvádza, že podľa záznamov psychiatra navrhovateľka opätovne začala chodiť na danú ambulanciu až 6.12.2013 a bola doporučená liečba pre depresívne epizódy, navrhovateľka sama spontánne prerušila observáciu na danej ambulancii a prestala užívať lieky. Navrhovateľka navštívila v marci 2014 psychiatrickú ambulanciu pre tzv. zhoršenie zdravotného stavu, ktoré však v samotnom objektívnom vyšetrení psychiatra nebolo dostatočne zdokladované, pričom v popredí jej subjektívnych ťažkostí dominovali jej problémy s chrbticou, sociálne neistoty a rodinné problémy a nie samotné psychické ťažkosti. Rozhodujúcim zdravotným postihnutím u navrhovateľky sú neurotické, stresové a somatomorfné poruchy, stredne ťažké formy (kapitola V., položka 4 písm. a) prílohy č. 4 zákona č. 461/2003 Z.z., kde mieru poklesu schopnosti posudkový lekár stanovil na 15%, nakoľko sa jedná o neurotické, stresové a somatomorfné poruchy a nejedná o recidivujúcu depresívnu poruchu ale iba o depresívne epizódy. Konštatoval, že zdravotný stav navrhovateľky po psychickej stránke vykázal jednoznačné známky zlepšenia, v minulosti uvádzaná epizóda stredne ťažkej depresie bola nedostatočne vyklasifikovaná diagnóza psychiatrom, epizóda je iba krátky časový úsek, kedy pretrvávali prejavy stredne ťažkej formy depresívnej nálady. Konštatoval, že pridružené sekundárne ochorenie a to bolesti driekového segmentu chrbtice sú posudkovo nezávažné, pretože sa jedná o mierny stupeň funkčného postihnutia bez rozvoja neurologických komplikácií typu obŕn na končatinách, bez úbytku svalovej hmoty, bez závažných výpadkov citlivosti a bez poškodenia funkcie zvieračov a kontrolné neurologické vyšetrenia potvrdili, že bolesti hlavy a chrbtice sú mierneho stupňa, nevykazujú klinický korelát s početnými ťažkosťami navrhovateľky a dané ochorenie nepodmieňuje zvýšenie miery poklesu schopnosti vykonávať zárobkovú činnosť pre iné zdravotné postihnutie navrhovateľky. Navrhovateľka nie je invalidná podľa § 71 ods. 1 zákona č. 461/2003 Z.z. o sociálnom poistení v znení neskorších predpisov, lebo pre dlhodobo nepriaznivý zdravotný stav nemá pokles schopnosti vykonávať zárobkovú činnosť o viac ako 40% v porovnaní so zdravou fyzickou osobou. Potvrdil dátum zániku invalidity od 10.1.2014. Navrhovateľka sa na pojednávanie dňa 18.11.2015 nedostavila, bola riadne predvolaná, doručenie mala vykázané podľa § 47 ods. 2 Občianskeho súdneho poriadku (ďalej len O.s.p.), a preto súd podľa § 101 ods. 2 O.s.p. vec prejednal v jej neprítomnosti.</w:t>
      </w:r>
    </w:p>
    <w:p>
      <w:r>
        <w:t>Zástupkyňa odporkyne vzhľadom na zhodné závery posudkov posudkových lekárov žiadala napadnuté rozhodnutie ako vecne správne potvrdiť. Zároveň uviedla, že navrhovateľka má možnosť v prípade zhoršenia jej zdravotného stavu požiadať o opätovné zhodnotenie zdravotného stavu. Posudkový lekár sociálneho poistenia Sociálnej poisťovne pobočka Bratislava ako aj posudkový lekár sociálneho poistenia Sociálnej poisťovne ústredie Bratislava vo svojich vyššie uvedených posudkoch zohľadnili všetky zdravotné problémy navrhovateľky, vysporiadali sa s lekárskymi nálezmi nachádzajúcimi sa v zdravotnej dokumentácii navrhovateľky a zhodne dospeli k záveru, že zdravotný stav navrhovateľky už nespĺňa naďalej zdravotné podmienky na uznanie invalidity podľa § 71 ods.</w:t>
      </w:r>
    </w:p>
    <w:p>
      <w:r>
        <w:t>1 zákona č. 461/2003 Z.z. o sociálnom poistení v znení neskorších predpisov. Zhodne určili, že rozhodujúcim zdravotným postihnutím u navrhovateľky sú neurotické, stresové a somatomorfné poruchy stredne ťažké formy (kapitola V., položka 4, písm. a) prílohy č. 4 zákona č. 461/2003 Z.z.), kde mieru poklesu schopnosti vykonávať zárobkovú činnosť stanovili na 15%. Navrhovateľka bola v ambulantnej liečbe psychiatra od 8.8.2011 do 17.10.2012 pre adaptačné poruchy, úzkostne depresívnu poruchu a depresívne epizódy a podľa záznamov psychiatra bola v observácii pre epizódu ľahkej depresie. Psychiatrické vyšetrenie zo dňa 6.12.2013 potvrdzuje, že navrhovateľka nedochádzala na kontroly a neužívala lieky. Psychiatrické vyšetrenie zo dňa 18.3.2014 uvádza, že navrhovateľka opätovne začala chodiť na danú ambulanciu až 6.12.2013 a bola doporučená liečba pre depresívne epizódy, navrhovateľka sama spontánne prerušila observáciu na danej ambulancii a prestala užívať lieky. V marci 2014 navrhovateľka navštívila psychiatrickú ambulanciu pre tzv. zhoršenie zdravotného stavu, pričom v popredí jej subjektívnych ťažkostí dominovali jej problémy s chrbticou, sociálne neistoty a rodinné problémy a nie samotné psychické ťažkosti. Zdravotný stav navrhovateľky po psychickej stránke vykázal jednoznačné známky zlepšenia a v minulosti uvádzaná epizóda stredne ťažkej depresie bola nedostatočne vyklasifikovaná diagnóza psychiatrom, nakoľko epizóda je iba krátky časový úsek, kedy pretrvávali prejavy stredne ťažkej formy depresívnej nálady. Pridružené sekundárne ochorenie a to bolesti driekového segmentu chrbtice sú posudkovo nezávažné, pretože sa jedná o mierny stupeň funkčného postihnutia bez rozvoja neurologických komplikácií typu obŕn na končatinách, bez úbytku svalovej hmoty, bez závažných výpadkov citlivosti a bez poškodenia funkcie zvieračov a dané ochorenie nepodmieňuje zvýšenie miery poklesu schopnosti vykonávať zárobkovú činnosť pre iné zdravotné postihnutie navrhovateľky. Kontrolné neurologické vyšetrenia potvrdili, že bolesti hlavy a chrbtice sú mierneho stupňa a nevykazujú klinický korelát s početnými ťažkosťami navrhovateľky. Zistenia posudkových lekárov neboli spochybnené ani v súdnom konaní. Závery posudkov posudkových lekárov sú odborné, presvedčivé, náležite zdôvodnené a súd nezistil rozpor medzi ich závermi a zisteným skutkovým stavom. V prípade, že sa zdravotný stav navrhovateľky v budúcnosti významne zhorší, čo by preukazovali nové lekárske nálezy, navrhovateľka má možnosť si opätovne požiadať o priznanie invalidného dôchodku. Súd preto z vyššie uvedených dôvodov napadnuté rozhodnutie číslo XXX XXX XXXX X zo dňa 29. januára 2014 podľa § 250q ods. 2 O.s.p. ako vecne správne potvrdil. O trovách konania súd rozhodol podľa § 250k ods. 1 v spojení s § 250l ods. 2 O.s.p. Navrhovateľka nebola v konaní úspešná, a preto jej súd trovy konania nepriznal a odporkyni trovy konania neprislúchajú.</w:t>
      </w:r>
    </w:p>
    <w:p>
      <w:r>
        <w:t>Poučenie:</w:t>
      </w:r>
    </w:p>
    <w:p>
      <w:r>
        <w:t>Proti tomuto rozsudku je možné podať odvolanie do 15 dní odo dňa jeho doručenia na Krajskom súde v Bratislave.</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https://www.kauzis.sk/judikatura/r/ECLI:SK:KSBA:2015:1014201825.3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