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6S/243/2014 z 26. 2. 2015</w:t>
      </w:r>
    </w:p>
    <w:p>
      <w:r>
        <w:t>Uznesenie Krajského súdu Bratislava z 26. februára 2015, sp. zn. 6S/243/2014, ECLI:SK:KSBA:2015:1014201880.1</w:t>
      </w:r>
    </w:p>
    <w:p>
      <w:r>
        <w:t>Súd: Krajský súd Bratislava</w:t>
      </w:r>
    </w:p>
    <w:p>
      <w:r>
        <w:t>Spisová značka: 6S/243/2014</w:t>
      </w:r>
    </w:p>
    <w:p>
      <w:r>
        <w:t>ECLI: ECLI:SK:KSBA:2015:1014201880.1</w:t>
      </w:r>
    </w:p>
    <w:p>
      <w:r>
        <w:t>Dátum vydania: 26.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6S/243/2014 Identifikačné číslo súdneho spisu: 1014201880 Dátum vydania rozhodnutia: 27. 02. 2015 Meno a priezvisko sudcu, VSÚ: JUDr. Judita Kokolevská ECLI: ECLI:SK:KSBA:2015:1014201880.1 Uznesenie Krajský súd v Bratislave v právnej veci žalobcu: Lesoochranárske zoskupenie VLK, Tulčík č. 310, 082 13 Prešov, IČO: 31 303 862, zastúpený advokátkou JUDr. Ivetou Rajtákovou, Štúrova 20, 042 83 Košice, proti žalovanému: Ministerstvo životného prostredia Slovenskej republiky, Námestie Ľudovíta Štúra č. 1, 812 35 Bratislava, o preskúmanie zákonnosti rozhodnutia žalovaného, sp. zn. 7136/2014-1.10 (16/2014- rozkl.) zo dňa 27.08.2014 v spojitosti s prvostupňovým rozhodnutím žalovaného sp. zn. 3190/2014-2.3 zo dňa 13.06.2014, jednomyseľne, takto r o z h o d o l : Krajský súd v Bratislave konanie z a s t a v u j e. Žiaden z účastníkov nemá právo na náhradu trov konania. o d ô v o d n e n i e : Žalobou doručenou tunajšiemu súdu v zákonom určenej lehote sa žalobca domáhal preskúmania rozhodnutia žalovaného sp. zn. 7136/2014-1.10 (16/2014-rozkl.) zo dňa 27.08.2014, ktorým zamietol rozklad žalobcu a potvrdil prvostupňové rozhodnutie sp. zn. 3190/2014-2.3 zo dňa 13.06.2014, ktorým povolil výnimku zo zakázaných činností podľa § 35 ods. 1 písm. b) a e) zákona č. 543/2002 Z.z. o ochrane prírody a krajiny v znení neskorších predpisov (ďalej len zákon o ochrane prírody) na usmrtenie - odstrel jedného jedinca medveďa hnedého v poľovnom revíri Hruštín, držať ho a prepravovať. Podľa názoru žalobcu, rozhodnutia žalovaného boli vydané nezákonne z dôvodov uvedených v ustanovení § 250j ods. 2 písm. a), c) a d) O.s.p. Podľa žalobcu boli v konaní porušené jeho práva účastníka konania zakotvené v článku 46 ods. 1 ako i čl. 2 ods. 2 Ústavy Slovenskej republiky. Poukázal na ust. § 3 ods. 1, § 32 ods. 1 správneho poriadku a Smernice o biotopoch. Podľa žalobcu ani jeden z konajúcich správnych orgánov nezdôvodnil svoje rozhodnutie dostatočne, ale najmä, či je udelená výnimka spôsobilá splniť sledované ciele v danom predmete. Na základe uvedených dôvodov žiadal súd, aby obe rozhodnutia žalovaného zrušil a vec vrátil na ďalšie konanie a zároveň žalobcovi priznal náhradu trov konania. Žalovaný vo svojom vyjadrení k žalobe uviedol, že s námietkami žalobcu uvedenými v žalobe nesúhlasí. Žalovaný prvostupňovým rozhodnutím v súlade s ustanovením § 40 ods. 2, 3 písm. b) a c) zákona o ochrane prírody, povolil výnimku zo zákazov stanovených v § 35 ods. 1 písm. b) a c) zákona, povolil žiadateľovi usmrtiť - odstreliť - jedného jedinca medveďa hnedého, držať ho a prepravovať v poľovnom revíri Hruštín. Boli stanovené presné podmienky rozhodnutia podľa § 82 ods. 12 zákona o ochrane prírody. Žalovaný mal z dostupných údajov Štátnej ochrany prírody Slovenskej republiky, žiadateľa ako aj z ďalších informácií, ktorými bol zaznamenaný výskyt medveďa hnedého mimo areál jeho prirodzeného výskytu preukázané, že populácia medveďa hnedého v predmetnom revíri nie je ohrozená. Podľa dostupných informácii, v súčasnosti na Slovensku neexistuje subjekt, ktorý by dokázal zabezpečiť prenos živočíchov do vhodných biotopov a o odchytených jedincov nie je žiaden záujem. Všetky zoologické záhrady v Slovenskej aj Českej republike odmietli odchyteného jedinca umiestniť vo svojich zariadeniach. Žalovaný v prvostupňovom rozhodnutí dôkladne odôvodnil udelenie výnimky s poukazom na ustanovenie § 40 ods. 2 a 3 písm. b) a c) zákona o ochrane prírody. Odvolací orgán sa stotožnil s vyhodnotením podkladov prvostupňového rozhodnutia. Všetky dôkazné prostriedky nachádzajúce sa v administratívnom spise zodpovedne vyhodnotil a rozhodol v záujme verejnej bezpečnosti ľudí so snahou predísť vzniku následku na zdraví alebo živote osôb či na ich majetku. Na základe uvedených dôvodov žiadal súd, aby žalobu v plnom rozsahu zamietol. Predmetom konania bolo preskúmanie zákonnosti rozhodnutia žalovaného, týkajúce sa povolenia výnimky na odstrel jedného jedinca medveďa hnedého. Podľa § 89 ods. 3 písm. b) zákona o ochrane prírody rozhodnutie vydané podľa tohto zákona stráca platnosť uplynutím času, na ktorý bolo vydané. Podľa § 82 ods. 9 písm. a) zákona o ochrane prírody orgán ochrany prírody konanie podľa tohto zákona zastaví, ak dôvod na konanie odpadol. Podľa stanoviska Najvyššieho súdu Slovenskej republiky č. Snj 72/2013 z 24. júna 2014 „neplatnosť povolenej výnimky na odstrel chráneného živočícha, spôsobená 9Sžp/4/2013 5 uplynutím času, na ktorý bola výnimka povolená má za následok, že odpadol predmet konania, lebo výnimka, ktorá bola obsahom rozhodnutia už zanikla a neexistuje. Správny orgán preto môže (ba dokonca musí) zastaviť konanie o výnimke a to v ktoromkoľvek štádiu správneho konania“. V správnom súdnictve preskúmavajú súdy na základe žalôb alebo opravných prostriedkov zákonnosť rozhodnutí správnych orgánov, ktoré zakladajú, menia alebo zrušujú oprávnenia a povinnosti fyzických alebo právnických osôb alebo ktorými môžu byť práva, právom chránené záujmy alebo povinnosti fyzických osôb alebo právnických osôb priamo dotknuté. Povolenie výnimky v danom prípade stratilo platnosť dňom 30.11.2014 resp. 15.12.2014, výnimka teda zanikla a neexistuje, preto súd nepribral do konania ani žiadateľa, Poľovnícke združenie Hruštín, lebo po tejto lehote už nie sú práva a povinnosti žiadateľa nijako dotknuté. Zanikol predmet konania v správnom súdnictve, v ktorom už nie je možné vychádzať z existencie povolenia výnimky a už by nebolo ani účelné, aby súd rozhodnutie, ktorého obsahom povolenie výnimky je, zrušil a vrátil žalovanému na nové konanie o rozklade, v ktorom by žalovaný musel postupovať podľa § 82 ods. 9 písm. a) zákona o ochrane prírody, preto konanie zastavil. O náhrade trov konania súd rozhodol podľa § 246c ods. 1 v spojení s § 146 ods. 1 písm. c) O.s.p., keďže konanie bolo zastavené. Toto rozhodnutie senát Krajského súdu v Bratislave prijal pomerom hlasov 3 : 0 (§ 3 ods. 9 zákona č. 757/2004 Z.z. v znení zákona č. 33/2011 Z.z.) Poučenie: Proti tomuto uzneseniu možno podať odvolanie do 15 dní odo dňa jeho doručenia, na Krajský súd v Bratislave. V odvolaní sa má popri všeobecných náležitostiach (§ 42 ods. 3 O. s. p.) uviesť, proti ktorému rozhodnutiu smeruje, v akom rozsahu sa napáda, v čom sa toto rozhodnutie alebo postup súdu považuje za nesprávny a čoho sa odvolateľ domáha.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https://www.kauzis.sk/judikatura/r/ECLI:SK:KSBA:2015:1014201880.1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