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2S/243/2014 z 24. 11. 2015</w:t>
      </w:r>
    </w:p>
    <w:p>
      <w:r>
        <w:t>Uznesenie Krajského súdu Bratislava z 24. novembra 2015, sp. zn. 2S/243/2014, ECLI:SK:KSBA:2015:1014201928.1</w:t>
      </w:r>
    </w:p>
    <w:p>
      <w:r>
        <w:t>Súd: Krajský súd Bratislava</w:t>
      </w:r>
    </w:p>
    <w:p>
      <w:r>
        <w:t>Spisová značka: 2S/243/2014</w:t>
      </w:r>
    </w:p>
    <w:p>
      <w:r>
        <w:t>ECLI: ECLI:SK:KSBA:2015:1014201928.1</w:t>
      </w:r>
    </w:p>
    <w:p>
      <w:r>
        <w:t>Dátum vydania: 24. 11. 2015</w:t>
      </w:r>
    </w:p>
    <w:p>
      <w:r>
        <w:t>Forma: Uznesenie</w:t>
      </w:r>
    </w:p>
    <w:p>
      <w:pPr>
        <w:pStyle w:val="Heading2"/>
      </w:pPr>
      <w:r>
        <w:t>Text rozhodnutia</w:t>
      </w:r>
    </w:p>
    <w:p>
      <w:r>
        <w:t>Súd: Krajský súd Bratislava Spisová značka: 2S/243/2014 Identifikačné číslo súdneho spisu: 1014201928 Dátum vydania rozhodnutia: 25. 11. 2015 Meno a priezvisko sudcu, VSÚ: JUDr. Marián Trenčan ECLI: ECLI:SK:KSBA:2015:1014201928.1 Uznesenie Krajský súd v Bratislave v právnej veci žalobcu: Lesoochranárske zoskupenie VLK, občianske združenie, IČO: 31 303 862, Tulčík 310, zastúpený: JUDr. Iveta Rajtáková, advokátka, Štúrova 20, Košice, proti žalovanému: Ministerstvo životného prostredia Slovenskej republiky, Námestie Ľ. Štúra 1, Bratislava, o preskúmanie zákonnosti rozhodnutia ministra životného prostredia SR č. XXXX/XXXX-X.XX.X (XX/ XXXX-rozkl.) zo dňa 28.10.2014, jednohlasne takto r o z h o d o l : Krajský súd v Bratislave konanie z a s t a v u j e. Žiaden z účastníkov nemá právo na náhradu trov konania. o d ô v o d n e n i e : Žalobou podanou tunajšiemu súdu dňa 14.11.2014 sa žalobca domáhal preskúmania zákonnosti rozhodnutia ministra životného prostredia SR č. XXXX/XXXX-X.XX.X (XX/XXXX-rozkl.) zo dňa 28.10.2014, ktorým zamietol rozklad žalobcu a potvrdil rozhodnutie žalovaného č. XXXX/XXXX-X.X zo dňa 15.08.2014 o povolení výnimky zo zákazov ustanovených v § 35 ods. 1 písm. a/ zák. č. 543/2002 Z.z. o ochrane prírody a krajiny v znení neskorších predpisov na usmrtenie - odstrelenie - jedného jedinca medveďa hnedého v poľovnom revíri V., s tým, že výnimka platí do 30.11.2014. Dôvodom udelenia výnimky pre Poľovnícku spoločnosť CSR Bystrá, ktorá o povolenie požiadala, bola skutočnosť, že v poľovnom revíri V. došlo k viacerým stretom ľudí s medveďom hnedým, ktoré boli zaznamenaná na jar a v lete roku 2013, v lokalitách F. potok a I.. Žalobca ako účastník správneho konania o povolení výnimky v žalobe namietal, že rozhodnutie žalovaného vychádzalo z nedostatočne zisteného skutkového stavu i z nesprávneho právneho posúdenia veci a je nepreskúmateľné pre nezrozumiteľnosť a nedostatok dôvodov. Žalovaný navrhol žalobu ako nedôvodnú zamietnuť.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Krajský súd v Bratislave ako súd vecne a miestne príslušný na konanie vo veci (§ 246 ods. 1 O.s.p.) preskúmal napadnuté rozhodnutie a dospel k záveru, že s ohľadom na stratu platnosti výnimky je potrebné konanie zastaviť. Poukazuje na judikatúru Najvyššieho súdu SR (napr. vo veciach vedených pod sp. zn. 4Sžp/1/2013, 9Sžp/11/2013), ktorý za prakticky totožných skutkových i právnych okolností zmenil rozsudky krajského súdu vo veci preskúmania zákonnosti rozhodnutí žalovaného o povolení výnimky zo zákazov podľa v § 35 ods. 1 písm. a/ zák. č. 543/2002 Z.z. o ochrane prírody a krajiny (na usmrtenie jedinca medveďa hnedého) tak, že súdne konanie zastavil. Poukázal pritom na stanovisko správneho kolégia Najvyššieho súdu SR č. Snj 72/2013 zo dňa 24.06.2014, podľa ktorého neplatnosť povolenej výnimky na odstrel chráneného živočícha - medveďa hnedého, spôsobená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 Krajský súd je toho názoru, že vyššie uvedené stanovisko správneho kolégia Najvyššieho súdu SR sa týkalo posudzovania zákonnosti rozhodnutí žalovaného o zastavení konaní o rozkladoch podaných žalobcom proti prvostupňovým rozhodnutiam žalovaného o povolení výnimky, a to za situácie, keď v čase rozhodovania rozkladového orgánu už čas na realizáciu povolenej výnimky uplynul. Z označenej judikatúry Najvyššieho súdu SR vyplýva, že uplynutie času, v ktorom sa mala povolená výnimka zrealizovať, po právoplatnosti rozhodnutia o povolení výnimky, avšak počas súdneho konania o žalobcovej žalobe proti takémuto rozhodnutiu, je dôvodom i na zastavenie súdneho konania. Konajúci senát má pochybnosti o správnosti takéhoto záveru, v záujme zjednotenia súdnej praxe (poznajúc i odlišné rozhodnutia Najvyššieho súdu v podobných veciach) však postupoval v intenciách označených rozhodnutí Najvyššieho súdu SR a s poukazom na stanovisko jeho správneho kolégia č. Snj 72/2013 konanie zastavil. Krajský súd pritom prihliadol na skutočnosť, že povolená výnimka na usmrtenie jedného jedinca medveďa hnedého vo vyššie uvedenej lokalite nebola realizovaná a preto nedošlo k žiadnemu zásahu do populácie uvedeného chráneného živočíšneho druhu, čo sa žalobca svojou účasťou v konaní snažil presadiť. Keďže na základe výsledkov správneho konania vo veci povolenia výnimky nedošlo a ani v budúcnosti už nemôže dôjsť k žiadnemu zásahu do populácie medveďa hnedého, nemôže napadnuté rozhodnutie v súčasnosti ukracovať žalobcu na jeho právach a oprávnených záujmoch na ochrane prírody, ktoré v konaní reprezentoval. O trovách konania bolo rozhodnuté podľa § 146 ods. 1 písm. c/ v spojení s § 246c ods. 1 veta prvá O.s.p. tak, že žiaden z účastníkov nemá právo na náhradu trov konania, ktoré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https://www.kauzis.sk/judikatura/r/ECLI:SK:KSBA:2015:1014201928.1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