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6S/256/2014 z 27. 1. 2015</w:t>
      </w:r>
    </w:p>
    <w:p>
      <w:r>
        <w:t>Uznesenie Krajského súdu Bratislava z 27. januára 2015, sp. zn. 6S/256/2014, ECLI:SK:KSBA:2015:1014201959.1</w:t>
      </w:r>
    </w:p>
    <w:p>
      <w:r>
        <w:t>Súd: Krajský súd Bratislava</w:t>
      </w:r>
    </w:p>
    <w:p>
      <w:r>
        <w:t>Spisová značka: 6S/256/2014</w:t>
      </w:r>
    </w:p>
    <w:p>
      <w:r>
        <w:t>ECLI: ECLI:SK:KSBA:2015:1014201959.1</w:t>
      </w:r>
    </w:p>
    <w:p>
      <w:r>
        <w:t>Dátum vydania: 27.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6S/256/2014 Identifikačné číslo súdneho spisu: 1014201959 Dátum vydania rozhodnutia: 28. 01. 2015 Meno a priezvisko sudcu, VSÚ: JUDr. Soňa Langová ECLI: ECLI:SK:KSBA:2015:1014201959.1 Uznesenie Krajský súd v Bratislave v právnej veci žalobcu: F. W., W. M. XX, XXX XX A., proti žalovanému: Sociálna poisťovňa - ústredie, so sídlom Ul. 29. augusta 8 a 10, 813 63 Bratislava, o preskúmanie zákonnosti rozhodnutia žalovaného č. 35928-3/2014-BA zo dňa 5.11.2014 v spojení s rozhodnutím Sociálnej poisťovne, pobočka Bratislava č. 700-0212557614-GCO4 zo dňa 21.3.2014, takto r o z h o d o l : Krajský súd v Bratislave o d k l a d á vykonateľnosť rozhodnutia Sociálnej poisťovne - ústredie č. 35928-3/2014-BA zo dňa 5.11.2014, v spojení s rozhodnutím Sociálnej poisťovne, pobočka Bratislava č. 700-0212557614-GCO4 zo dňa 21.3.2014, a to až do nadobudnutia právoplatnosti rozhodnutia súdu vo veci samej. o d ô v o d n e n i e : Žalobca sa žalobou podanou Krajskému súdu v Bratislave dňa 25.11.2014 domáhal preskúmania zákonnosti rozhodnutia žalovaného č. 35928-3/2014-BA zo dňa 5.11.2014, ktorým žalovaný potvrdil rozhodnutie Sociálnej poisťovne, pobočka Bratislava č. 700-0212557614-GCO4 zo dňa 21.3.2014, ktorým bolo žalobcovi predpísané penále v sume 130,64 €. Žalobca podaním zo dňa 22.12.2014 a podaním zo dňa 7.1.2015 požiadal o odklad vykonateľnosti, nakoľko žalobca je na invalidnom dôchodku po operácii tumoru na mozgu, pričom jeho dôchodkový príjem je vo výške 274,- € a v jeho starostlivosti je maloletá P. W., N.. XX.X.XXXX. Zároveň žalobca uviedol, že nie je vlastníkom hnuteľného ani nehnuteľného majetku.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rozhodnutia, zaväzujúceho žalobcu k odvedeniu sumy vo výške 130,64 € by mu hrozila vážna ujma v majetkovej sfére, nakoľko by sa dostal pod hranicu životného minima. Krajský súd v Bratislave preto postupoval v súlade s citovaným zákonným ustanovením a rozhodol a žiadosti žalobcu spôsobom uvedeným vo výroku tohto uznesenia Poučenie: Proti tomuto uzneseniu odvolanie nie je prípustné.</w:t>
      </w:r>
    </w:p>
    <w:p/>
    <w:p>
      <w:r>
        <w:t>Zdroj: KAUZIS.SK – https://www.kauzis.sk/judikatura/r/ECLI:SK:KSBA:2015:1014201959.1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