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8Sd/143/2014 z 26. 10. 2015</w:t>
      </w:r>
    </w:p>
    <w:p>
      <w:r>
        <w:t>Uznesenie Krajského súdu Bratislava z 26. októbra 2015, sp. zn. 8Sd/143/2014, ECLI:SK:KSBA:2015:1014201980.1</w:t>
      </w:r>
    </w:p>
    <w:p>
      <w:r>
        <w:t>Súd: Krajský súd Bratislava</w:t>
      </w:r>
    </w:p>
    <w:p>
      <w:r>
        <w:t>Spisová značka: 8Sd/143/2014</w:t>
      </w:r>
    </w:p>
    <w:p>
      <w:r>
        <w:t>ECLI: ECLI:SK:KSBA:2015:1014201980.1</w:t>
      </w:r>
    </w:p>
    <w:p>
      <w:r>
        <w:t>Dátum vydania: 26. 10.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8Sd/143/2014 Identifikačné číslo súdneho spisu: 1014201980 Dátum vydania rozhodnutia: 27. 10. 2015 Meno a priezvisko sudcu, VSÚ: JUDr. Peter Pospech ECLI: ECLI:SK:KSBA:2015:1014201980.1 Uznesenie Krajský súd v Bratislave v právnej veci navrhovateľa: M. F., nar. X.X.XXXX, bytom T. XXXX/XX, XXX XX R., proti odporkyni: Sociálna poisťovňa ústredie, ul. 29. augusta 8, Bratislava, zast. Mgr. Luciou Truhanovou, o starobný dôchodok takto r o z h o d o l : Súd konanie z a s t a v u j e. Žiaden z účastníkov nemá právo na náhradu trov konania. o d ô v o d n e n i e : Navrhovateľ svojím návrhom zo dňa 30.10.2014 žiadal preskúmať rozhodnutie odporkyne číslo XXX XXX XXXX X zo dňa 22.9.2014, ktorým odporkyňa zamietla žiadosť navrhovateľa o starobný dôchodok. Dňa 27.10.2015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v lehote 15 dní od jeho doručenia na Krajskom súde v Bratislave, písomne, dvojmo.</w:t>
      </w:r>
    </w:p>
    <w:p/>
    <w:p>
      <w:r>
        <w:t>Zdroj: KAUZIS.SK – https://www.kauzis.sk/judikatura/r/ECLI:SK:KSBA:2015:1014201980.1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