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5Sd/323/2014 z 29. 9. 2015</w:t>
      </w:r>
    </w:p>
    <w:p>
      <w:r>
        <w:t>Rozsudok Krajského súdu Bratislava z 29. septembra 2015, sp. zn. 5Sd/323/2014, ECLI:SK:KSBA:2015:1014201991.1</w:t>
      </w:r>
    </w:p>
    <w:p>
      <w:r>
        <w:t>Súd: Krajský súd Bratislava</w:t>
      </w:r>
    </w:p>
    <w:p>
      <w:r>
        <w:t>Spisová značka: 5Sd/323/2014</w:t>
      </w:r>
    </w:p>
    <w:p>
      <w:r>
        <w:t>ECLI: ECLI:SK:KSBA:2015:1014201991.1</w:t>
      </w:r>
    </w:p>
    <w:p>
      <w:r>
        <w:t>Dátum vydania: 29. 9. 2015</w:t>
      </w:r>
    </w:p>
    <w:p>
      <w:r>
        <w:t>Forma: Rozsudok</w:t>
      </w:r>
    </w:p>
    <w:p>
      <w:r>
        <w:t>Oblasť práva: Správne právo</w:t>
      </w:r>
    </w:p>
    <w:p>
      <w:pPr>
        <w:pStyle w:val="Heading2"/>
      </w:pPr>
      <w:r>
        <w:t>Text rozhodnutia</w:t>
      </w:r>
    </w:p>
    <w:p>
      <w:r>
        <w:t>Súd: Krajský súd Bratislava Spisová značka: 5Sd/323/2014 Identifikačné číslo súdneho spisu: 1014201991 Dátum vydania rozhodnutia: 30. 09. 2015 Meno a priezvisko sudcu, VSÚ: JUDr. Milota Tóthová ECLI: ECLI:SK:KSBA:2015:1014201991.1 ROZSUDOK V MENE SLOVENSKEJ REPUBLIKY Krajský súd v Bratislave samosudkyňou JUDr. Milotou Tóthovou v právnej veci navrhovateľky E. U., D. Z. XXXX/X, N., proti odporkyni Sociálnej poisťovni ústredie v Bratislave, Ul. 29. augusta č. 8, Bratislava, o invalidný dôchodok, takto r o z h o d o l : Súd rozhodnutie odporkyne číslo XXX XXX XXXX X zo dňa 31. decembra 2014 a rozhodnutie číslo XXX XXX XXXX X zo dňa 19. januára 2015 p o t v r d z u j e . Účastníkom náhradu trov konania nepriznáva. o d ô v o d n e n i e : Rozhodnutím číslo XXX XXX XXXX X zo dňa 1. augusta 2014 odporkyňa podľa § 70 ods. 1, § 255 ods. 1 a 82 zákona č. 461/2003 Z.z. o sociálnom poistení v znení neskorších predpisov navrhovateľke od 14. februára 2014 priznala invalidný dôchodok v sume 241,70 eur mesačne. Rozhodla tak s odôvodnením, že podľa posudku posudkového lekára sociálneho poistenia Sociálnej poisťovne, pobočka Bratislava zo dňa 9.6.2014 navrhovateľka bola uznaná za invalidnú, miera poklesu schopnosti vykonávať zárobkovú činnosť u navrhovateľky je viac ako 70%. Rozhodnutím číslo XXX XXX XXXX X zo dňa 31. decembra 2014 odporkyňa podľa § 70 ods. 1, § 255 ods. 1 a 82 zákona č. 461/2003 Z.z. o sociálnom poistení v znení neskorších predpisov navrhovateľke od 19. mája 2011 priznala invalidný dôchodok v sume 107,60 eur mesačne, zvýšený od 1. januára 2012 na sumu 11,20 eur mesačne, od 1. januára 2013 na sumu 117,10 eur mesačne a od 1. januára 2014 na sumu 121,60 eur mesačne. Rozhodla tak s odôvodnením, že podľa posudku posudkového lekára sociálneho poistenia Sociálnej poisťovne, pobočka Bratislava zo dňa 27.11.2014 navrhovateľka bola uznaná za invalidnú, miera poklesu schopnosti vykonávať zárobkovú činnosť u navrhovateľky je 45%. Rozhodnutím číslo XXX XXX XXXX X zo dňa 15. januára 2015 odporkyňa podľa § 112 zákona č. 461/2003 Z.z. o sociálnom poistení zrušila rozhodnutie číslo XXX XXX XXXX X zo dňa 1. augusta 2014 o priznaní invalidného dôchodku. Rozhodla tak s odôvodnením, že podľa posudku posudkového lekára Sociálnej poisťovne ústredie, vysunuté pracovisko Bratislava zo dňa 27.11.2014 navrhovateľka je od 19. mája 2011 invalidná podľa § 71 ods. 1 zákona č. 461/2003 Z.z. o sociálnom poistení s mierou poklesu schopnosti vykonávať zárobkovú činnosť 45% a od 14. februára 2014 je naďalej invalidná s mierou poklesu schopnosti vykonávať zárobkovú činnosť 75%. Rozhodnutím číslo XXX XXX XXXX X zo dňa 19. januára 2015 odporkyňa podľa § 73, § 112 ods. 4 a § 82 zákona č. 461/2003 Z.z. o sociálnom poistení v znení neskorších predpisov navrhovateľke zvýšila sumu invalidného dôchodku od 14. februára 2014 na 255,70 eur mesačne. Rozhodla tak s odôvodnením, že podľa posudku posudkového lekára sociálneho poistenia Sociálnej poisťovne ústredie Bratislava zo dňa 27.11.2014 navrhovateľka bola uznaná za invalidnú, miera poklesu schopnosti vykonávať zárobkovú činnosť u navrhovateľky od 14. februára 2014 je viac ako 70%. Navrhovateľka návrhom zo dňa 19.8.2014 žiadala preskúmať rozhodnutie odporkyne číslo XXX XXX XXXX X zo dňa 1. augusta 2014 a namietala, že žiadala, aby jej bol invalidný dôchodok priznaný od roku 2011, kedy bol jej zdravotný stav zhoršený. Ďalej žiadala, aby jej bol invalidný dôchodok vyplácaný ku dňu 18. dňa v mesiaci a ako aj o prepočítanie dôchodku, nakoľko je jej vyplácaná suma nižšia ako by mala dostávať. Krajský súd preskúmal rozhodnutie číslo XXX XXX XXXX X zo dňa 31. decembra 2014 a rozhodnutie číslo XXX XXX XXXX X zo dňa 19. januára 2015 podľa § 250l a nasl. O.s.p., prejednal návrh navrhovateľky a dospel k záveru, že návrh nie je dôvodný. Krajský súd vykonal dokazovanie výsluchom odporkyne, posudkami posudkového lekára Sociálnej poisťovne pobočky Bratislava zo dňa 9.6.2014 a 13.10.2014, posudkom posudkového lekára Sociálnej poisťovne ústredie Bratislava zo dňa 27.11.2014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1 zákona č. 461/2003 Z.z. o sociálnom poistení v znení neskorších predpisov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255 ods. 1 cit. zákona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82 ods. 1 písm. a)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82 ods. 4 písm. c) cit. zákona invalidný dôchodok priznaný z dôvodu poklesu schopnosti vykonávať zárobkovú činnosť o viac ako 70%, invalidný dôchodok podľa § 266 a sociálny dôchodok vyplácané k 1. januáru príslušného kalendárneho roka a invalidný dôchodok priznaný z dôvodu poklesu schopnosti vykonávať zárobkovú činnosť o viac ako 70%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invalidného dôchodku priznaného z dôvodu poklesu schopnosti vykonávať zárobkovú činnosť o viac ako 70%. Podľa 82 ods. 5 písm. a)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invalidného dôchodku priznaného z dôvodu poklesu schopnosti vykonávať zárobkovú činnosť najviac o 70%. Podľa § 82 ods. 5 písm. b)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najviac o 70%,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c) zákona č. 461/2003 Z.z. v znení zákona č. 252/2012 účinnom od 1.9.2012 pevná suma zvýšenia invalidného dôchodku priznaného z dôvodu poklesu schopnosti vykonávať zárobkovú činnosť o viac ako 70%, invalidného dôchodku podľa § 266 a sociálneho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293ce ods. 3 písm. d) zákona č. 461/2003 Z.z. v znení zákona č. 252/2012 účinnom od 1.9.2012 pevná suma zvýšenia invalidného dôchodku priznaného z dôvodu poklesu schopnosti vykonávať zárobkovú činnosť najviac o 70%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g) opatrenia Ministerstva práce, sociálnych vecí a rodiny Slovenskej republiky č. 329/2012 Z.z., ktorým sa ustanovuje pevná suma zvýšenia dôchodkovej dávky a percento zvýšenia úrazovej renty v roku 2013 dôchodková dávka v roku 2013 sa zvyšuje takto: invalidný dôchodok priznaný z dôvodu poklesu schopnosti vykonávať zárobkovú činnosť najviac o 70% o 5,90 eura. Podľa § 1 písm. g)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4,50 eura ak ide o invalidný dôchodok priznaný z dôvodu poklesu schopnosti vykonávať zárobkovú činnosť najviac o 70%. Podľa § 1 písm. g) opatrenia Ministerstva práce, sociálnych vecí a rodiny Slovenskej republiky č. 295/2014 Z.z., ktorým sa ustanovuje pevná suma zvýšenia dôchodkovej dávky a percento zvýšenia úrazovej renty v roku 2015 pevná suma zvýšenia dôchodkovej dávky v roku 2014 sa ustanovuje takto: 4,60 eura ak ide o invalidný dôchodok priznaný z dôvodu poklesu schopnosti vykonávať zárobkovú činnosť o viac ako 70%, invalidný dôchodok podľa § 266 zákona a sociálny dôchodok. Podľa § 112 ods. 4 zákona č. 461/2003 Z.z. o sociálnom poistení výplata dávky sa zastaví, uvoľní alebo sa dávka vypláca v nižšej sume alebo vo vyššej sume, ak sa zmenia skutočnosti rozhodujúce na nárok na výplatu dávky. Na základe žiadosti navrhovateľky o invalidný dôchodok zdravotný stav a pracovná schopnosť navrhovateľky boli posúdené posudkovým lekárom Sociálnej poisťovne pobočka Bratislava, ktorý v posudku zo dňa 9.6.2014 uviedol, že navrhovateľka trpí na choroby a to chronickú ischemickú chorobu srdca, kongestívne srdcové zlyhanie, esenciálnu (primárnu hypertenziu, depresívnu poruchu a polycytemiu vera. Konštatoval, že v roku 2007 bola u navrhovateľky zistená esenciálna hypertenzia, v ďalšom priebehu bez pravidelného sledovania a liečenia. Asi v roku 2012 došlo k zhoršeniu stavu, vo februári 2014 bola hospitalizovaná ako hypertenzná urgencia, po dvojmesačnom vynechaní liečby, pri prijatí s oslabením činnosti ľavej srdcovej komory (vypudzovacia frakcia, EF 10%) a stav bol záverovaný ako novozistené chronické srdcové zlyhávanie pri neliečenej hypertenzii s príznakmi preťaženia ľavej srdcovej komory a obličkového poškodenia. Celkové zdravotné postihnutie bolo komplikované ochorením krvi a depresívnou poruchou. Rozhodujúcim zdravotným postihnutím u navrhovateľky je chronická ischemická choroba srdca, s poklesom výkonu už pri bežnom ľahkom zaťažení, III. trieda funkčnej klasifikácie podľa NYHA (kapitola IX., oddiel A, položka 1.c) prílohy č. 4 zákona č. 461/2003 Z.z.), kde mieru poklesu schopnosti vykonávať zárobkovú činnosť posudkový lekár stanovil na 65%. Pre iné zdravotné postihnutie a to vysoký krvný tlak, II. až III. štádium podľa SZO, orgánové zmeny (hypertrofia ľavej komory srdca, angiopatia) (kapitola IX., oddiel A, položka 10.b) prílohy č. 4 zákona č. 461/2003 Z.z.), zvýšil mieru poklesu schopnosti vykonávať zárobkovú činnosť posudkový lekár stanovil o 10%. Celková miera poklesu schopnosti vykonávať zárobkovú činnosť je 75%. Dátum vzniku invalidity stanovil od 14.2.2014, t.j. na základe nálezov uvedených v prepúšťacej správe I. internej kliniky. K požiadavke navrhovateľky na priznanie invalidity od 19.5.2011 uviedol, že z dôvodu absencie odborných lekárskych nálezov, ktoré by v požadovanom období umožňovali určiť mieru poklesu schopnosti vykonávať zárobkovú činnosť nad 41% nie je možné tejto žiadosti vyhovieť. Navrhovateľka je invalidná podľa § 71 ods. 1 zákona č. 461/2003 Z.z. o sociálnom zabezpečení. Na základe tohto posudku odporkyňa vydala rozhodnutie číslo XXX XXX XXXX X zo dňa 1. augusta 2014, ktorým podľa § 70 ods. 1, § 255 ods. 1 a 82 zákona č. 461/2003 Z.z. o sociálnom poistení v znení neskorších predpisov navrhovateľke od 14. februára 2014 priznala invalidný dôchodok v sume 241,70 eur mesačne. Posudkový lekár Sociálnej poisťovne pobočka Bratislava v posudku zo dňa 13.10.2014 po vyhodnotení novo doložených lekárskych nálezov a to prepúšťacích správ z hospitalizácií v rokoch 2008 a 2013, ktoré dokumentovali diagnostiku a liečbu myeloproliferatívneho ochorenia (polycytemie vera) v spojení s krvácavými prejavmi a liečbou komplikácií konštatoval, že je možné stanoviť zmenu dátumu vzniku invalidity od 19.5.2011 pre rozhodujúce zdravotné postihnutie polycytemia vera v danom období bez známok klinického alebo zjavného srdcového zlyhávania pri hypertenzii (kapitola II., položka 6.c) prílohy č. 4 zákona č. 461/2003 Z.z.), kde mieru poklesu schopnosti vykonávať zárobkovú činnosť posudkový lekár stanovil na 45%. Od 14.2.2014 invalidita trvá ďalej s mierou poklesu schopnosti vykonávať zárobkovú činnosť 75% pre ischemickú chorobu srdca s chronickým srdcovým zlyhávaním v spojení s primárnou hypertenziou a depresívnou poruchou. Navrhovateľka je invalidná podľa § 71 ods. 1 zákona č. 461/2003 Z.z. o sociálnom zabezpečení. Dátum vzniku invalidity s mierou poklesu schopnosti vykonávať zárobkovú činnosť 45% je od 19.5.2011 (kapitola II., položka 6.c) prílohy č. 4 zákona č. 461/2003 Z.z.) a zmena miera poklesu schopnosti vykonávať zárobkovú činnosť na 75% je od 14.2.2014 (kapitola IX., oddiel A, položka 10.b) prílohy č. 4 zákona č. 461/2003 Z.z. s určenou mierou poklesu schopnosti vykonávať zárobkovú činnosť 65% a pre iné zdravotné postihnutie (kapitola IX., oddiel A, položka 10.b) prílohy č. 4 zákona č. 461/2003 Z.z.) je zvýšená miera poklesu schopnosti vykonávať zárobkovú činnosť o 10%, t.j. celková miera poklesu schopnosti vykonávať zárobkovú činnosť je 75%. Posudkový lekár Sociálnej poisťovne ústredie Bratislava v posudku zo dňa 27.11.2014 uviedol, že navrhovateľka trpí na choroby a to polycytemiu vera, chronickú ischemickú chorobu srdca, esenciálnu (primárnu) hypertenziu, anxiózne depresívny syndróm, abúzus benzodiazepínov podľa dokumentácie a exogénnu obezitu. Konštatoval, že u navrhovateľky je anamnéza viacerých ochorení, polymorbídna. Ohľadom vzniku invalidity uviedol, že zdravotný stav navrhovateľky z posudkového a klinického hľadiska spĺňa posudkové kritériá na uznanie invalidity od 19.5.2011 s mierou poklesu schopnosti vykonávať zárobkovú činnosť 45%, t.j. dňom žiadosti o priznanie invalidity a invalidita trvá naďalej, t.j. od 14.4.2014 s mierou poklesu schopnosti vykonávať zárobkovú činnosť 75%, t.j. dňom hospitalizácie na internej klinike v Bratislave, pričom od 19.5.2011 je rozhodujúcim zdravotným postihnutím polycytémie vera. Uviedol, že v novembri 2007 bola vykonaná punkcia kostnej drene, ktorá potvrdila toto ochorenie a okrem tejto diagnózy bola potvrdená aj ťažká polieková pancytopénia, bola zahájená adekvátna hematologická liečba a stav sa skompenzoval. Vo februári 2008 došlo k dekompenzácii, navrhovateľka bola prijatá na kliniku hematológie a transfuziológie v Bratislave po asi mesiac trvajúcom krvácaní z nosa. V súčasnosti je navrhovateľka v observácii a liečbe hematológa aj naďalej. Poukázal na to, že uvedené rozhodujúce zdravotné postihnutie z posudkového hľadiska vykazovalo v roku 2011 remisiu, so stabilizáciou zdravotného stavu a miernymi klinickými prejavmi choroby a zníženou výkonnosťou organizmu bez potvrdenia prejavov ťažkej pancytopénie, eventuálne trombocytopénie s rozvratom celého hematologického obrazu. Navrhovateľka bola dňa 14.2.2014 prijatá na internú kliniku v Bratislave pre srdcové zlyhávanie s hypertenznou krízou, ktorá sa rozvinula na podklade svojvoľného asi dvojmesačného vynechania liečby zo strany navrhovateľky. Počas hospitalizácie boli vykonané všetky paraklinické vyšetrenia, stav bol stabilizovaný, bolo však potvrdené srdcové zlyhávanie s ťažkou systolickou dysfunkciou - EFĽK 10% nejasnej etiológie, stav po myokarditíde, dif. dg. dekom. hypertenzné srdce, z internej kliniky bola odoslaná žiadosť o konzultáciu na oddelenie pre zlyhávanie a transplantáciu srdca NUSCH v Bratislave. Zdravotný stav navrhovateľky vzhľadom na uvedené spĺňa posudkové kritériá na uznanie invalidity naďalej, t.j. od 14.2.2014 s mierou poklesu schopnosti vykonávať zárobkovú činnosť 75%. Rozhodujúcim zdravotným postihnutím u navrhovateľky od 19.5.2011 sú myeloprofilačné ochorenia (napr. polycytémia, trombocytémia, myelofibróza) v remisii, s dvojročnou stabilizáciou, so zníženou imunitou, s miernymi klinickými prejavmi a zníženou výkonnosťou organizmu - polycytémia vera (kapitola II., položka 6.b) prílohy č. 4 zákona č. 461/2003 Z.z.), s mierou poklesu schopnosti vykonávať zárobkovú činnosť 45%. Rozhodujúcim zdravotným postihnutím u navrhovateľky od 14.2.2014 sú vrodené alebo získané chlopňové chyby, ischemická choroba srdca, kardiomyopatie, stavy po myokarditíde, stavy po reumatických ochoreniach a iné, s poklesom výkonu už pri bežnom ľahkom zaťažení (kapitola IX., oddiel A, položka 10.b) prílohy č. 4 zákona č. 461/2003 Z.z. s určenou mierou poklesu schopnosti vykonávať zárobkovú činnosť 65% a pre iné zdravotné postihnutie a to ostatné ochorenia je zvýšená miera poklesu schopnosti vykonávať zárobkovú činnosť o 10%, t.j. celková miera poklesu schopnosti vykonávať zárobkovú činnosť je 75%. Na základe tohto posudku odporkyňa vydala rozhodnutie číslo XXX XXX XXXX X zo dňa 15. januára 2015, ktorým podľa § 112 zákona č. 461/2003 Z.z. o sociálnom poistení zrušila rozhodnutie číslo XXX XXX XXXX X zo dňa 1. augusta 2014 o priznaní invalidného dôchodku s odôvodnením, že podľa posudku posudkového lekára Sociálnej poisťovne ústredie, vysunuté pracovisko Bratislava zo dňa 27.11.2014 navrhovateľka je 19. mája 2011 invalidná podľa § 71 ods. 1 zákona č. 461/2003 Z.z. o sociálnom poistení s mierou poklesu schopnosti vykonávať zárobkovú činnosť 45% a od 14. februára 2014 je naďalej invalidná s mierou poklesu schopnosti vykonávať zárobkovú činnosť 75%. Rozhodnutím číslo XXX XXX XXXX X zo dňa 31. decembra 2014 odporkyňa podľa § 70 ods. 1, § 255 ods. 1 a 82 zákona č. 461/2003 Z.z. o sociálnom poistení v znení neskorších predpisov navrhovateľke od 19. mája 2011 priznala invalidný dôchodok v sume 107,60 eur mesačne, zvýšený od 1. januára 2012 na sumu 11,20 eur mesačne, od 1. januára 2013 na sumu 117,10 eur mesačne a od 1. januára 2014 na sumu 121,60 eur mesačne s odôvodnením, že podľa posudku posudkového lekára sociálneho poistenia Sociálnej poisťovne, pobočka Bratislava zo dňa 27.11.2014 navrhovateľka bola uznaná za invalidnú, miera poklesu schopnosti vykonávať zárobkovú činnosť u navrhovateľky je 45%. Rozhodnutím číslo XXX XXX XXXX X zo dňa 19. januára 2015 odporkyňa podľa § 73, § 112 ods. 4 a 82 zákona č. 461/2003 Z.z. o sociálnom poistení v znení neskorších predpisov navrhovateľke zvýšila sumu invalidného dôchodku od 14. februára 2014 na 255,70 eur mesačne s odôvodnením, že podľa posudku posudkového lekára sociálneho poistenia Sociálnej poisťovne ústredie Bratislava zo dňa 27.11.2014 navrhovateľka bola uznaná za invalidnú, miera poklesu schopnosti vykonávať zárobkovú činnosť u navrhovateľky od 14. februára 2014 je viac ako 70%. Navrhovateľka sa na pojednávanie súdu dňa 30.9.2015 napriek riadnemu predvolaniu nedostavila, svoju neúčasť na ňom neospravedlnila a ani nepožiadala o odročenie tohto pojednávania, a preto súd podľa § 101 ods. 2 Občianskeho súdneho poriadku (ďalej len O.s.p.) vec prejednal v jej neprítomnosti. Zástupkyňa odporkyne uviedla, že navrhovateľke bolo v plnom rozsahu vyhovené a žiadala rozhodnutie číslo XXX XXX XXXX X zo dňa 31. decembra 2014 a rozhodnutie číslo XXX XXX XXXX X zo dňa 19. januára 2015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Zhodne konštatovali, že zdravotný stav navrhovateľky z posudkového a klinického hľadiska spĺňa posudkové kritériá na uznanie invalidity od 19.5.2011 s mierou poklesu schopnosti vykonávať zárobkovú činnosť 45%, t.j. dňom žiadosti o priznanie invalidity. U navrhovateľky v novembri 2007 bola vykonaná punkcia kostnej drene, ktorá potvrdila ochorenie polycytémia vera a okrem tejto diagnózy bola potvrdená aj ťažká polieková pancytopénia, následne bola zahájená adekvátna hematologická liečba a došlo k skompenzovaniu stavu. Vo februári 20008 došlo k dekompenzácii, navrhovateľka bola prijatá na kliniku hematológie a transfuziológie v Bratislave po asi mesiac trvajúcom krvácaní z nosa. V súčasnosti je navrhovateľka v observácii a liečbe hematológa aj naďalej. Ochorenie z posudkového hľadiska vykazovalo v roku 2011 remisiu, so stabilizáciou zdravotného stavu a miernymi klinickými prejavmi choroby a zníženou výkonnosťou organizmu, neboli potvrdené prejavy ťažkej pancytopénie, eventuálne trombocytopénie s rozvratom celého hematologického obrazu. Dňa 14.2.2014 navrhovateľka bola prijatá na internú kliniku v Bratislave pre srdcové zlyhávanie s hypertenznou krízou, ktorá sa rozvinula na podklade svojvoľného asi dvojmesačného vynechania liečby zo strany navrhovateľky. Počas hospitalizácie bol stav stabilizovaný, bolo však potvrdené srdcové zlyhávanie s ťažkou systolickou dysfunkciou - EFĽK 10% nejasnej etiológie, stav po myokarditíde, dif. dg. dekom. hypertenzné srdce. Zdravotný stav navrhovateľky vzhľadom na uvedené spĺňa posudkové kritériá na uznanie invalidity naďalej, t.j. od 14.2.2014 s mierou poklesu schopnosti vykonávať zárobkovú činnosť 75%. Rozhodujúcim zdravotným postihnutím u navrhovateľky od 19.5.2011 je polycytemia vera (kapitola II., položka 6.b) prílohy č. 4 zákona č. 461/2003 Z.z.), s mierou poklesu schopnosti vykonávať zárobkovú činnosť 45%. Rozhodujúcim zdravotným postihnutím u navrhovateľky od 14.2,.2014 je ischemická choroba srdca s poklesom výkonu už pri bežnom ľahšom zaťažení, s epizódou srdcového zlyhávania a s ťažkou systolickou dysfunkciou ľavej komory s poklesom výkonu už pri bežnom ľahkom zaťažení (kapitola IX., oddiel A, položka 10.b) prílohy č. 4 zákona č. 461/2003 Z.z. s určenou mierou poklesu schopnosti vykonávať zárobkovú činnosť 65%, pre iné zdravotné postihnutie a to ostatné ochorenia je zvýšená miera poklesu schopnosti vykonávať zárobkovú činnosť o 10%, t.j. celková miera poklesu schopnosti vykonávať zárobkovú činnosť je 75%. Zistenia posudkových lekárov neboli spochybnené ani v súdnom konaní. Závery posudkov posudkových lekárov sú odborné, presvedčivé, náležite zdôvodnené a súd nezistil rozpor medzi ich závermi a zisteným skutočným stavom. Výšku invalidného dôchodku navrhovateľky pri stanovenom poklese schopnosti vykonávať zárobkovú činnosť o 45% odporkyňa určila v súlade s ust. § 73 ods. 2 zákona č. 461/2003 Z.z. o sociálnom poistení v znení neskorších predpisov ako súčin priemerného osobného mzdového bodu 0,5574; 43,9453 rokov obdobia dôchodkového poistenia a pripočítaného obdobia, percentuálneho poklesu schopnosti vykonávať zárobkovú činnosť 45% a aktuálnej dôchodkovej hodnoty platnej k 19. máju 2011 vo výške 9,5756 eur, čo predstavuje sumu invalidného dôchodku 105,60 eur mesačne. K tejto sume patrí zvýšenie o 1,8%, t.j. o 2,00 eur mesačne (§ 82 zákona č. 461/2003 Z.z. v znení neskorších predpisov), čo prestavuje sumu 107,60 eur mesačne. Suma invalidného dôchodku sa ďalej zvýšila od 1. januára 2012 o 3,3%, t.j. o 3,60 eur mesačne na 111,20 eur mesačne, od 1. januára 2013 o 5,90 eur mesačne, t.j. na 117,10 eur mesačne a od 1. januára 2014 o 4,50 eur mesačne na 121,60 eur mesačne. Výšku invalidného dôchodku pri stanovenej miere poklesu schopnosti vykonávať zárobkovú činnosť o viac ako 70% odporkyňa určila v súlade s ust. § 73 ods. 1 zákona č. 461/2003 Z.z. o sociálnom poistení v znení neskorších predpisov ako súčin priemerného osobného mzdového bodu 0,5574; 43,9453 rokov obdobia dôchodkového poistenia a pripočítaného obdobia a aktuálnej dôchodkovej hodnoty platnej k 14. februáru 2014 vo výške 10,2524 eur, čo predstavuje sumu invalidného dôchodku 251,20 eur mesačne. K tejto sume patrí zvýšenie o 4,50 eur mesačne (§ 82 zákona č. 461/2003 Z.z. v znení neskorších predpisov), ktorá patri k doteraz vyplácanému invalidnému dôchodku čo predstavuje sumu 255,70 eur mesačne. Suma invalidného dôchodku sa ďalej zvýšila od 1. januára 2015 o 4,60 eur mesačne na 260,30 eur mesačne. Súd v tejto súvislosti konštatuje, že v prípade poistenca, ktorý má percentuálny pokles schopnosti vykonávať zárobkovú činnosť o viac ako 70%, sa suma invalidného dôchodku určí ako súčin priemerného osobného mzdového bodu, obdobia dôchodkového poistenia získaného ku dňu vzniku nároku na invalidný dôchodok, ku ktorému sa pripočíta obdobie od vzniku nároku na invalidný dôchodok do dovŕšenia dôchodkového veku, pričom sa na stanovenú mieru poklesu schopnosti vykonávať zárobkovú činnosť neprihliada.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pričom údaje na evidenčných listoch dôchodkového zabezpečenia (poistenia) sú podkladom pre odporkyňu pre hodnotenie doby zamestnania a zárobku. Navrhovateľke boli započítané náhradné doby, ktoré získala pred 1. januárom 2004, t.j. v kalendárnom roku 1984 v počte 124 dní, v kalendárnom roku 1986 v počte 328 dní, v kalendárnom roku 1987 v počte 311 dní a v kalendárnom roku 1988 v počte 141 dní, ktoré boli započítané na základe ustanovenia § 255 ods. 1 zákona č. 461/2003 Z.z. o sociálnom poistení v znení zákona č. 3010/2006 Z.z., podľa ktorého sa od 1. augusta 2006 na hodnotenie náhradných dôb nevyžaduje splnenie podmienky získania najmenej jedného roka zamestnania, a preto jej vznikol nárok na invalidný dôchodok. V konaní o preskúmanie rozhodnutia správneho orgánu vo veci dôchodkového poistenia sa súd môže zaoberať len posúdením zákonnosti toho rozhodnutia odporkyne, proti ktorému navrhovateľka podala v zákonnej lehote opravný prostriedok a ktoré tak označila za predmet preskúmania. Súd sa preto s námietkou navrhovateľky, ktorá nie je predmetom preskúmavacieho konania zaoberať nemohol, a preto sa v tomto skonaní ani nezaoberal požiadavkou navrhovateľky, aby jej bol invalidný dôchodok vyplácaný ku dňu 18. dňa v mesiaci. Táto požiadavka nemôže byť predmetom preskúmania súdom a súd ani nemôže určiť odporkyni dátum výplaty invalidného dôchodku, nakoľko toto je vo výlučnej kompetencii odporkyne. Zo zisteného skutkového stavu súd mal za to, že odporkyňa pri posudzovaní zdravotného stavu navrhovateľky ako aj priznaní invalidného dôchodku navrhovateľke a jeho výpočte nepochybila a postupovala správne podľa citovaných zákonných ustanovení. Krajský súd preto z vyššie uvedených dôvodov napadnuté rozhodnutie číslo XXX XXX XXXX X zo dňa 31. decembra 2014 a rozhodnutie číslo XXX XXX XXXX X zo dňa 19. januára 2015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https://www.kauzis.sk/judikatura/r/ECLI:SK:KSBA:2015:1014201991.1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