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6S/261/2014 z 8. 12. 2015</w:t>
      </w:r>
    </w:p>
    <w:p>
      <w:r>
        <w:t>Uznesenie Krajského súdu Bratislava z 8. decembra 2015, sp. zn. 6S/261/2014, ECLI:SK:KSBA:2015:1014202003.1</w:t>
      </w:r>
    </w:p>
    <w:p>
      <w:r>
        <w:t>Súd: Krajský súd Bratislava</w:t>
      </w:r>
    </w:p>
    <w:p>
      <w:r>
        <w:t>Spisová značka: 6S/261/2014</w:t>
      </w:r>
    </w:p>
    <w:p>
      <w:r>
        <w:t>ECLI: ECLI:SK:KSBA:2015:1014202003.1</w:t>
      </w:r>
    </w:p>
    <w:p>
      <w:r>
        <w:t>Dátum vydania: 8. 12.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6S/261/2014 Identifikačné číslo súdneho spisu: 1014202003 Dátum vydania rozhodnutia: 09. 12. 2015 Meno a priezvisko sudcu, VSÚ: JUDr. Soňa Langová ECLI: ECLI:SK:KSBA:2015:1014202003.1 Uznesenie Krajský súd v Bratislave v právnej veci žalobcu: S. L., G.: XX XXX XXX, X. X. X. P. XXX/XX, XXX XX X., právne zastúpená: Vojčík &amp; Partners, s.r.o., advokátska a patentová kancelária so sídlom Rázusova 28, 040 01 Košice, proti žalovanému: Ministerstvo práce, sociálnych vecí a rodiny Slovenskej republiky, Špitálska 4,6,8, 816 43 Bratislava, v konaní o preskúmanie zákonnosti rozhodnutia žalovaného č. 17091/2014-M_OOP-0003 zo dňa 24.10.2014 a o odklade vykonateľnosti, takto r o z h o d o l : Krajský súd v Bratislave o d k l a d á vykonateľnosť rozhodnutia žalovaného č. 17091/2014-M_OOP-0003 zo dňa 24.10.2014 v spojení s rozhodnutím Národného inšpektorátu práce č. 43/2014/1.0/DA/O, nip/2014/06822, nip/2014/08153 zo dňa 04.07.2014, a to až do právoplatnosti rozhodnutia súdu vo veci samej. o d ô v o d n e n i e : Žalobca sa žalobou, doručenou Krajskému súdu v Bratislave dňa 02.12.2014, domáhal preskúmania zákonnosti rozhodnutia žalovaného č. 17091/2014-M_OOP-0003 zo dňa 24.10.2014, ktorým žalovaný nevyhovel odvolaniu žalobcu v časti týkajúcej sa odobratia oprávnenia a potvrdil rozhodnutie Národného inšpektorátu práce č. 43/2014/1.0/DA/O, nip/2014/06822, nip/2014/08153 zo dňa 04.07.2014 o odobratí oprávnenia č. VVZ-0009/12-01.1 vydaného dňa 23.01.2012 na vykonávanie výchovy a vzdelávania zamestnancov a vedúcich zamestnancov. V ostatnej časti žalovaný zmenil prvostupňové rozhodnutie tak, že určil žalobcovi povinnosť doručiť originál oprávnenia č. VVZ-0009/12-01.1 vydaného Národným inšpektorátom práce dňa 23.01.2012 na vykonávanie výchovy a vzdelávania zamestnancov a vedúcich zamestnancov do 15 dní odo dňa nadobudnutia právoplatnosti rozhodnutia č. 17091/2014-M_OOP-0003 zo dňa 24.10.2014. Žalobca žiadosť o odklad vykonateľnosti v záhlaví identifikovaných rozhodnutí odôvodnil tým, že žalovaným určená povinnosť odovzdať oprávnenie č. VVZ-0009/12-01.1 vydané Národným inšpektorátom práce dňa 23.01.2012 na vykonávanie výchovy a vzdelávania zamestnancov a vedúcich zamestnancov pred momentom právoplatného rozhodnutia o predbežnej žalobe je hrubým porušením a zásahom do jeho slobody podnikania a do práva vykonávať výchovu a vzdelávanie na základe a v plnom rozsahu v súlade s predmetným oprávnením a samotné vykonanie uloženej povinnosti by mu spôsobilo závažnú ujmu.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žalobca preukázal hrozbu závažnej ujmy v prípade okamžitého výkonu napadnutých rozhodnutí, spočívajúcej v obmedzení slobody podnikania žalobcu.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https://www.kauzis.sk/judikatura/r/ECLI:SK:KSBA:2015:1014202003.1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