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5Sd/325/2014 z 20. 10. 2015</w:t>
      </w:r>
    </w:p>
    <w:p>
      <w:r>
        <w:t>Uznesenie Krajského súdu Bratislava z 20. októbra 2015, sp. zn. 5Sd/325/2014, ECLI:SK:KSBA:2015:1014202016.1</w:t>
      </w:r>
    </w:p>
    <w:p>
      <w:r>
        <w:t>Súd: Krajský súd Bratislava</w:t>
      </w:r>
    </w:p>
    <w:p>
      <w:r>
        <w:t>Spisová značka: 5Sd/325/2014</w:t>
      </w:r>
    </w:p>
    <w:p>
      <w:r>
        <w:t>ECLI: ECLI:SK:KSBA:2015:1014202016.1</w:t>
      </w:r>
    </w:p>
    <w:p>
      <w:r>
        <w:t>Dátum vydania: 20.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5Sd/325/2014 Identifikačné číslo súdneho spisu: 1014202016 Dátum vydania rozhodnutia: 21. 10. 2015 Meno a priezvisko sudcu, VSÚ: JUDr. Milota Tóthová ECLI: ECLI:SK:KSBA:2015:1014202016.1 Uznesenie Krajský súd v Bratislave v právnej veci navrhovateľa A. Q., T. B. XXXX/XX, T., P. I. A. XX, T.,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16.9.2014 žiadal preskúmať rozhodnutie odporkyne číslo XXX XXX XXXX X zo dňa 1.8.2014, ktorým odporkyňa zamietla žiadosť o invalidný dôchodok zo dňa 12. júna 2014 z dôvodu, že navrhovateľ nezískal potrebný počet rokov dôchodkového poistenia na vznik nároku na invalidný dôchodok podľa ustanovenia § 72 ods. 1 písm. g) zákona č. 461/2003 Z.z. o sociálnom poistení v znení neskorších predpisov. Písomným prehlásením zo dňa 30.9.2015 navrhovateľ vzal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