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6S/277/2014 z 10. 9. 2015</w:t>
      </w:r>
    </w:p>
    <w:p>
      <w:r>
        <w:t>Uznesenie Krajského súdu Bratislava z 10. septembra 2015, sp. zn. 6S/277/2014, ECLI:SK:KSBA:2015:1014202109.3</w:t>
      </w:r>
    </w:p>
    <w:p>
      <w:r>
        <w:t>Súd: Krajský súd Bratislava</w:t>
      </w:r>
    </w:p>
    <w:p>
      <w:r>
        <w:t>Spisová značka: 6S/277/2014</w:t>
      </w:r>
    </w:p>
    <w:p>
      <w:r>
        <w:t>ECLI: ECLI:SK:KSBA:2015:1014202109.3</w:t>
      </w:r>
    </w:p>
    <w:p>
      <w:r>
        <w:t>Dátum vydania: 10.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6S/277/2014 Identifikačné číslo súdneho spisu: 1014202109 Dátum vydania rozhodnutia: 11. 09. 2015 Meno a priezvisko sudcu, VSÚ: JUDr. Soňa Langová ECLI: ECLI:SK:KSBA:2015:1014202109.3 Uznesenie Krajský súd v Bratislave v právnej veci žalobcu: G. F., bytom R. Y. U. XX, V. XX, V. Y., E. -F. L., XXXXX U., W., právne zastúpený: JUDr. Drahomír Tomčo, advokát so sídlom Koceľova 9, 821 08 Bratislava, proti žalovanému: Okresný úrad Bratislava, odbor výstavby a bytovej politiky, so sídlom Lamačská cesta 8, 845 14 Bratislava, za účasti: JUDr. Eva Vodová, správkyňa konkurznej podstaty úpadcu (stavebníka) VUIS NOVA, spol.s.r.o., IČO 35 744 251, so sídlom Lamačská 8, 811 04 Bratislava, o preskúmanie zákonnosti rozhodnutia žalovaného č. OU-BA-OVBP2-2014/22037-kol zo dňa 3.11.2014, takto r o z h o d o l : Krajský súd v Bratislave konanie z a s t a v u j e . Žiaden z účastníkov n e m á právo na náhradu trov konania. o d ô v o d n e n i e : Krajskému súdu v Bratislave bola dňa 22.12.2014 doručená žaloba, ktorou sa žalobca domáhal preskúmania zákonnosti rozhodnutia žalovaného č. OU-BA-OVBP2-2014/22037-kol zo dňa 3.11.2014. Vec je vedená pod sp.zn. 6S/277/2014. Krajský súd zistil, že dňa 19.12.2014 bola na Okresný súd Bratislava I doručená žaloba, prostredníctvom ktorej sa žalobkyňa G. F.Č. domáhala preskúmania zákonnosti rozhodnutia žalovaného č. OU-BA- OVBP2-2014/22037-kol zo dňa 3.11.2014. Uznesením sp.zn. 2S/9/2014 zo dňa 9.3.2015 bola vec postúpená Krajskému súdu v Bratislave z dôvodu vecnej príslušnosti s tým, že táto vec je vedená na krajskom súde pod sp.zn. 6S/173/2015. Podľa § 83 O.s.p. začatie konania bráni tomu, aby o tej istej veci prebiehalo na súde iné konanie. Podľa § 104 ods. 1 veta prvá O.s.p., ak ide o taký nedostatok podmienky konania, ktorý nemožno odstrániť, súd konanie zastaví. Táto prekážka vzniká, ak je začaté konanie rovnakých účastníkov, rovnaký predmet konania a rovnaké skutkové okolnosti, od ktorých sa odvodzuje právo. Súd dospel k záveru, že konania sp.zn. 6S/173/2015 a sp.zn. 6S/277/2014 vedené na Krajskom súde v Bratislave sú konania s rovnakými účastníkmi, s totožným predmetom konania a sú tu rovnaké skutkové okolnosti. Žaloba vedená pod sp.zn. 6S/277/2014 bola podaná vecne príslušnému krajskému súdu dňa 22.12.2014, avšak žaloba vedená pod sp.zn. 6S/173/2015 bola podaná skôr, a to dňa 19.12.2014, aj keď na vecne nepríslušný súd. Ten omyl účastníka konania napravil, keď uznesením sp.zn. 2S/9/2014 zo dňa 9.3.2015 vec postúpil Krajskému súdu v Bratislave z dôvodu vecnej príslušnosti. Súd preto konštatoval, že ide o prekážku litispendencie podľa § 83 O.s.p. a preto konanie 6S/277/2014 v zmysle § 104 O.s.p. zastavil z toho titulu, že táto žaloba bola podaná na súd neskôr ako žaloba vedená pod sp.zn. 6S/173/2015.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https://www.kauzis.sk/judikatura/r/ECLI:SK:KSBA:2015:1014202109.3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