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5Sd/345/2014 z 26. 3. 2015</w:t>
      </w:r>
    </w:p>
    <w:p>
      <w:r>
        <w:t>Uznesenie Krajského súdu Bratislava z 26. marca 2015, sp. zn. 5Sd/345/2014, ECLI:SK:KSBA:2015:1014202137.1</w:t>
      </w:r>
    </w:p>
    <w:p>
      <w:r>
        <w:t>Súd: Krajský súd Bratislava</w:t>
      </w:r>
    </w:p>
    <w:p>
      <w:r>
        <w:t>Spisová značka: 5Sd/345/2014</w:t>
      </w:r>
    </w:p>
    <w:p>
      <w:r>
        <w:t>ECLI: ECLI:SK:KSBA:2015:1014202137.1</w:t>
      </w:r>
    </w:p>
    <w:p>
      <w:r>
        <w:t>Dátum vydania: 26.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5Sd/345/2014 Identifikačné číslo súdneho spisu: 1014202137 Dátum vydania rozhodnutia: 27. 03. 2015 Meno a priezvisko sudcu, VSÚ: JUDr. Milota Tóthová ECLI: ECLI:SK:KSBA:2015:1014202137.1 Uznesenie Krajský súd v Bratislave v právnej veci navrhovateľky Z.. Ž. C., C. Z. XXXX/XX, C., proti odporkyni Sociálnej poisťovni ústredie, Ul. 29. augusta č. 8-10, Bratislava, o neprávom vyplatený vdovský dôchodok, takto r o z h o d o l : Súd konanie z a s t a v u j e . Žiaden z účastníkov nemá právo na náhradu trov konania. o d ô v o d n e n i e : Navrhovateľka svojím návrhom zo dňa 22.12.2014 žiadala preskúmať rozhodnutie odporkyne číslo XXX XXX XXXX X zo dňa 28.10.2014, ktorým odporkyňa uložila povinnosť vrátiť neprávom vyplatený vdovský dôchodok v celkovej sume 1 501,20 eur za obdobie od 10. apríla 2014 do 9. júla 2014. Odporkyňa vydala rozhodnutie číslo XXX XXX XXXX X zo dňa 3.2.2015, ktorým zrušila napadnuté rozhodnutie číslo XXX XXX XXXX X zo dňa 28.10.2014 o povinnosti vrátiť neprávom vyplatený vdovský dôchodok v celkovej sume 1 501,20 eur za obdobie od 10. apríla 2014 do 9. júla 2014 v celkovej sume 1 501,20 eur a zároveň vydala rozhodnutie číslo XXX XXX XXXX X zo dňa 3.2.2015, ktorým navrhovateľke uvoľnila výplatu vdovského dôchodku od 10. júna 2014 v sume 500,40 eur mesačne, čím navrhovateľke celkom vyhovela.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https://www.kauzis.sk/judikatura/r/ECLI:SK:KSBA:2015:1014202137.1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