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3Cob/288/2014 z 29. 6. 2015</w:t>
      </w:r>
    </w:p>
    <w:p>
      <w:r>
        <w:t>Uznesenie Krajského súdu Bratislava z 29. júna 2015, sp. zn. 3Cob/288/2014, ECLI:SK:KSBA:2015:1014893580.1</w:t>
      </w:r>
    </w:p>
    <w:p>
      <w:r>
        <w:t>Súd: Krajský súd Bratislava</w:t>
      </w:r>
    </w:p>
    <w:p>
      <w:r>
        <w:t>Spisová značka: 3Cob/288/2014</w:t>
      </w:r>
    </w:p>
    <w:p>
      <w:r>
        <w:t>ECLI: ECLI:SK:KSBA:2015:1014893580.1</w:t>
      </w:r>
    </w:p>
    <w:p>
      <w:r>
        <w:t>Dátum vydania: 29. 6.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3Cob/288/2014 Identifikačné číslo súdneho spisu: 1014893580 Dátum vydania rozhodnutia: 30. 06. 2015 Meno a priezvisko sudcu, VSÚ: Mgr. Štefan Zelenák ECLI: ECLI:SK:KSBA:2015:1014893580.1 Uznesenie Krajský súd v Bratislave, v právnej veci žalobcu ELVYT, spol. s r.o., Nobelova 12, Trnava, IČO: 31 419 143, proti žalovanému Pozemné stavby Skalica, š.p., Nádražná 8, Skalica, IČO: 00 687 839, o zaplatenie 812.600,-Sk s príslušenstvom a o odvolaní žalovaného proti rozsudku Okresného súdu v Senici, č.k. Cb/78/1996-40 zo dňa 26.4.1996 v znení opravného uznesenia, č.k. Cb/78/96-53 zo dňa 12.9.1996 jednohlasne, takto r o z h o d o l : Krajský súd v Bratislave odvolacie konanie z a s t a v u j e. Žalobcovi náhradu trov odvolacieho konania nepriznáva. o d ô v o d n e n i e : Napadnutým rozsudkom rozhodol súd prvého stupňa tak, že uložil žalovanému povinnosť zaplatiť žalobcovi sumu 632.000,--Sk s 0,01% úrokom od 26.9.1995 do zaplatenia, sumu 171.000,--Sk s 0,01% úrokom denne zo sumy 2.107.000,--Sk od 2.3.1995 do 21.3.1995, zo sumy 1.771.000,--Sk od 21.3.1995 do 24.3.1995, zo sumy 1.471.000,--Sk od 24.3.1995 do 18.5.1995, zo sumy 1.071.000,--Sk od 18.5.1995 do 16.6.1995, zo sumy 671.000,--Sk od 16.6.1995 do 20.7.1995, zo sumy 171.000,--Sk od 20.7.1995 do zaplatenia, všetko do troch dní od právoplatnosti rozsudku a zaviazal žalovaného na zaplatenie trov konania žalobcu. Žalovaný podal v zákonnej lehote proti rozsudku súdu prvého stupňa odvolanie, v ktorom súdu prvého stupňa navrhol rozsudok súdu prvého stupňa zrušiť a vec vrátiť súdu prvého stupňa na ďalšie konanie z dôvodu predčasne podanej žaloby. Z výpisu žalovaného z obchodného registra odvolací súd zistil, že žalovaný bol ku dňu 12.1.2007 vymazaný z obchodného registra bez právneho nástupcu. Podľa § 211 ods. 2 OSP, ak tento zákon neustanovuje inak, pre konanie na odvolacom súde platia primerane ustanovenia o konaní pred súdom prvého stupňa. Podľa § 107 ods. 4 OSP, ak po začatí konania zanikne právnická osoba, súd pokračuje v konaní s jej právnym nástupcom, a ak právneho nástupcu niet, súd konanie zastaví. Vzhľadom k tomu, že žalovaný bol vymazaný z obchodného registra, odvolací súd v zmysle § 107 ods. 4 O.s.p. odvolacie konanie zastavil. O náhrade trov odvolacieho konania súd rozhodol podľa § 146 ods. 2 O.s.p. a § 224 ods. 1 O.s.p. tak, že úspešnému žalobcovi ich náhradu nepriznal, pretože odvolacie konanie bolo zastavené a neexistuje subjekt na strane žalovaného, ktorý by bol povinný nahradiť žalobcovi trovy odvolacieho konania. Poučenie: Proti tomuto uzneseniu odvolanie nie je prípustné.</w:t>
      </w:r>
    </w:p>
    <w:p/>
    <w:p>
      <w:r>
        <w:t>Zdroj: KAUZIS.SK – https://www.kauzis.sk/judikatura/r/ECLI:SK:KSBA:2015:1014893580.1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