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5Co/258/2014 z 11. 1. 2015</w:t>
      </w:r>
    </w:p>
    <w:p>
      <w:r>
        <w:t>Opravné uznesenie Krajského súdu Bratislava z 11. januára 2015, sp. zn. 5Co/258/2014, ECLI:SK:KSBA:2015:1014894221.2</w:t>
      </w:r>
    </w:p>
    <w:p>
      <w:r>
        <w:t>Súd: Krajský súd Bratislava</w:t>
      </w:r>
    </w:p>
    <w:p>
      <w:r>
        <w:t>Spisová značka: 5Co/258/2014</w:t>
      </w:r>
    </w:p>
    <w:p>
      <w:r>
        <w:t>ECLI: ECLI:SK:KSBA:2015:1014894221.2</w:t>
      </w:r>
    </w:p>
    <w:p>
      <w:r>
        <w:t>Dátum vydania: 11. 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5Co/258/2014 Identifikačné číslo súdneho spisu: 1014894221 Dátum vydania rozhodnutia: 12. 01. 2015 Meno a priezvisko sudcu, VSÚ: JUDr. Juraj Považan ECLI: ECLI:SK:KSBA:2015:1014894221.2 Opravné uznesenie Krajský súd v Bratislave v právnej veci navrhovateľov: 1/ Dr. C. R., bytom A., D. XX, 2/ Dr. V. R., bytom A., D. XX, obaja zastúpení: AK Gavorová &amp; Partneri, spol.s.r.o., so sídlom Lombardiniho 22B, Bratislava proti odporcom: 1/ Hlavné mesto SR Bratislava, Primaciálne námestie 1, Bratislava, 2/ W. V., rod. W., bytom C. P. XX, B. E. XXXX, M., zastúpená opatrovníkom Mestskou časťou Bratislava - Staré Mesto, 3/ F. G., bytom H. X/A, XXXX Z., M., zastúpená JUDr. Allanom Bőhmom, advokátom, so sídlom Jesenského 2, Bratislava, 4/ W. W., bytom B. Y. C., XXX B. Y. K., avenue B. V. 4, W., E., zastúpený opatrovníkom V. časťou A. - Staré V., 5/ U. spol.s.r.o., so sídlom C. XX, A., J.: XXXXXXXX, 6/ Q.. J. H., bytom W. M. XX, A., 7/ V. H., bytom W. M. XX, A., 8/ T. G., bytom V. XX, A., 9/ M. G., bytom V. XX, A., o vydanie nehnuteľností a o nariadenie predbežného opatrenia, na odvolanie proti uzneseniu Y. súdu Bratislava I zo dňa XX.XX.XXXX č.k. 10C 269/1991-608, takto r o z h o d o l : Súd opravuje v záhlaví uznesenia, č.k.: 5Co/258/2014-690 zo dňa 05.06.2014 označenie čísla konania uznesenia Okresného súdu Bratislava I zo dňa 16.01.2014, proti ktorému bolo podané odvolanie, keď číslo konania napadnutého uznesenia správne znie: „č.k.: 10C/269/1991-608“. o d ô v o d n e n i e : Pri písomnom vyhotovení uznesenia, č. k. 5Co/258/2014-690 zo dňa 05.06.2014 došlo k chybe v písaní, keď v záhlaví uznesenia bolo uvedené, že predmetom odvolacieho konania je rozhodovanie o odvolaní proti uzneseniu Okresného súdu Bratislava I zo dňa 16.01.2014, č.k.: 10C/269/1991-606, pričom správne malo byť uvedené, že predmetom odvolacieho konania je konanie o odvolaní proti uzneseniu Okresného súdu Bratislava I zo dňa 16.01.2014, č.k.: 10C/269/1991-608.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Toto uznesenie nemožno napadnúť odvolaním.</w:t>
      </w:r>
    </w:p>
    <w:p/>
    <w:p>
      <w:r>
        <w:t>Zdroj: KAUZIS.SK – https://www.kauzis.sk/judikatura/r/ECLI:SK:KSBA:2015:1014894221.2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