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4Co/84/2014 z 10. 2. 2015</w:t>
      </w:r>
    </w:p>
    <w:p>
      <w:r>
        <w:t>Rozsudok Krajského súdu Bratislava z 10. februára 2015, sp. zn. 4Co/84/2014, ECLI:SK:KSBA:2015:1014894542.1</w:t>
      </w:r>
    </w:p>
    <w:p>
      <w:r>
        <w:t>Súd: Krajský súd Bratislava</w:t>
      </w:r>
    </w:p>
    <w:p>
      <w:r>
        <w:t>Spisová značka: 4Co/84/2014</w:t>
      </w:r>
    </w:p>
    <w:p>
      <w:r>
        <w:t>ECLI: ECLI:SK:KSBA:2015:1014894542.1</w:t>
      </w:r>
    </w:p>
    <w:p>
      <w:r>
        <w:t>Dátum vydania: 10. 2. 2015</w:t>
      </w:r>
    </w:p>
    <w:p>
      <w:r>
        <w:t>Forma: Rozsudok</w:t>
      </w:r>
    </w:p>
    <w:p>
      <w:r>
        <w:t>Oblasť práva: Občianske právo</w:t>
      </w:r>
    </w:p>
    <w:p>
      <w:pPr>
        <w:pStyle w:val="Heading2"/>
      </w:pPr>
      <w:r>
        <w:t>Text rozhodnutia</w:t>
      </w:r>
    </w:p>
    <w:p>
      <w:r>
        <w:t>Súd: Krajský súd Bratislava Spisová značka: 4Co/84/2014 Identifikačné číslo súdneho spisu: 1014894542 Dátum vydania rozhodnutia: 11. 02. 2015 Meno a priezvisko sudcu, VSÚ: JUDr. Valéria Kleinová ECLI: ECLI:SK:KSBA:2015:1014894542.1 ROZSUDOK V MENE SLOVENSKEJ REPUBLIKY Krajský súd v Bratislave v senáte zloženom z predsedníčky senátu JUDr. Valérie Kleinovej a členov senátu Mgr. Ingrid Degmovej Pospíšilovej a JUDr. Michaely Frimmelovej v právnej veci navrhovateľa: M. S., bytom P., A.. F. X, zastúpeného advokátskou kanceláriou FUTEJ &amp; Partners, s.r.o., IČO: 35 955 341, so sídlom Bratislava, Radlinského 2, proti odporcovi: Slovenská republika, zastúpená Národnou bankou Slovenska, so sídlom Bratislava, Imricha Karvaša 1, IČO: 30 844 789, o náhradu škody vo výške 1.817, 88 Eur s príslušenstvom, na odvolanie navrhovateľa proti rozsudku Okresného súdu Bratislava I zo dňa 16. októbra 2013, č. k. 25C 197/2011-146, a proti uzneseniu zo dňa 2. januára 2014, č. k. 25C 197/2011-168, takto r o z h o d o l : Odvolací súd rozsudok súdu prvého stupňa v napadnutých častiach vrátane trov konania potvrdzuje. Napadnuté uznesenie súdu prvého stupňa zo dňa 2. januára 2014 č. k. 25C 197/2011-168, potvrdzuje. Odporcovi sa náhrada trov odvolacieho konania nepriznáva. o d ô v o d n e n i e : Napadnutým rozsudkom súd prvého stupňa zamietol návrh navrhovateľa ktorým sa domáhal uloženia odporcovi povinnosti zaplatiť sumu 1.112,08 Eur s príslušenstvom titulom náhrady škody spôsobenej mu nesprávnym úradným postupom Národnej banky Slovenska podľa zák. č. 514/2003 Z.z. o zodpovednosti za škodu spôsobenú pri výkone verejnej moci a o zmene niektorých zákonov, zároveň zamietol jej návrh na prerušenie konania a rozhodol, že nepožiada Súdny dvor Európskej únie o rozhodnutie o predbežnej otázke podľa čl. 267 Zmluvy o fungovaní Európskej únie. Odporcovi nepriznal náhradu trov konania s poukazom na ust. § 142 ods. 1 O.s.p., nakoľko ich náhradu nežiadal. Svoje rozhodnutie v časti výroku, ktorým návrh v merite veci zamietol, odôvodnil právne podľa ust. § 3 ods. 1, 2, § 9 ods. 1 veta prvá a druhá pred bodkočiarkou, § 15 ods. 1 a § 17 ods. 1 zák. č. 514/2003 Z.z. o zodpovednosti za škodu spôsobenú pri výkone verejnej moci a o zmene niektorých zákonov a vecne tým, že navrhovateľ v konaní nepreukázal vznik škody, ani namietaný nesprávny úradný postup odporcu, teda ani príčinnú súvislosť medzi ňou tvrdenou škodou a nesprávnym úradným postupom odporcu. Vykonaným dokazovaním zistil, že Úrad pre finančný trh rozhodnutím zo dňa 21.3.2002 schválil PODIELOVÉMU DRUŽSTVU SLOVENSKÉ INVESTÍCIE (ďalej len „Družstvo") Prospekt investície, pri ktorom Družstvo požiadalo návrhom na začatie konania doručeným úradu dňa 16.4.2003 o schválenie jeho dodatku, a to zápisnicou z riadnej členskej schôdze Družstva zo dňa 9.1.2003, podľa ktorej mal Úrad pre finančný trh schválením Prospektu investície odobriť projekt družstiev s tým, že Úrad pre finančný trh Družstvo oboznámil,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podľa ust. § 135 ods. 1 zák. č. 566/2001 Z.z., ale nie dohľadu nad celkovou činnosťou Družstva. Dňa 2.6.2008 uzavrelo Družstvo s obchodníkom s cennými papiermi (spoločnosť CAPITAL INVEST, o.c.p., a.s. v likvidácii) Zmluvu o riadení portfólia, podľa ktorej sa obchodník s cennými papiermi ako obhospodarovateľ zaviazal riadiť portfólio Družstva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ročne. Poukázal na skutočnosť, že NBS rozhodnutím zo dňa 8.1.2008, č. OPK-9750/3/2007, uložila obchodníkovi s cennými papiermi pokutu vo výške 500.000,- Sk za porušenie v rozhodnutí špecifikovaných ustanovení zák. č. 566/2001 Z.z., pričom po jeho zrušení rozhodnutím zo dňa 7.5.2008 dňa 20.8.2008 rozhodnutím č. OPK-9750/2007 uložila obchodníkovi opätovne pokutu vo výške 300.000,- Sk. Rozhodnutím zo dňa 22.4.2008, č. OPK-2744-5/2007-PLP, zmenila obchodníkovi s cennými papiermi povolenie na poskytovanie investičných služieb a povolila mu poskytovanie investičnej služby podľa § 6 ods. 1 písm. d/ v spojení s § 5 ods. 1 písm. a/, b/ a zák. č. 566/2001 Z.z. s obmedzením podľa § 59 ods. 3 tohto zákona, a poskytovanie investičných služieb, investičných činností a vedľajších služieb podľa § 6 ods. 1, 2 v spojení s § 5 ods. 1 zák. č. 566/2001 Z.z. v špecifikovanom rozsahu. Po obdržaní výpovede obchodníka s cennými papiermi zo Zmluvy o riadení portfólia zo dňa 30.3.2010 požiadalo Družstvo listom zo dňa 15.4.2010 Národnú banku Slovenska o preskúmanie postupu obchodníka s cennými papiermi a o výkon dohľadu na mieste dôvodiac, že výpoveďou zmluvy sa Družstvo dostalo do zložitej situácie, pretože obchodník s cennými papiermi zabezpečoval pre Družstvo odbyt výrobkov a iné, a listom zo dňa 23.4.2010 požiadalo Družstvo Národnú banku Slovenska o zjednanie nápravy v činnosti obchodníka s cennými papiermi, pretože tento si neplnil voči nemu základné povinnosti, spočívajúce v zabezpečení zhodnotenia finančných prostriedkov jemu zverených do správy. Poukázal na skutočnosť, že Národná banka Slovenska rozhodnutím o predbežnom opatrení zo dňa 12.7.2010, č. ODT-8305/2010, podľa § 25 ods. 1 písm. a/ zák. č. 747/2004 Z.z. uložila obchodníkovi s cennými papiermi povinnosť zdržať sa nakladania s majetkom klientov, ktorý mu bol zverený, bez písomného súhlasu NBS, keďže na základe oznámenia klientov, najmä Družstva vzniklo dôvodné podozrenie z možného poškodenia klientov obchodníka s cennými papiermi. Rozhodnutím zo dňa 21.12.2010, č. ODT-8305//-5/2010, potvrdeným Bankovou radou NBS rozhodnutím zo dňa 1.3.2011, č. GUV-274/2011, odobrala obchodníkovi s cennými papiermi povolenie na poskytovanie investičných služieb z dôvodov podľa § 156 ods. 2 písm. a/, § 55 ods. 7, 9, § 85 ods. 2 v spojení s ust. § 84 ods. 1 písm. b/, § 76 ods. 2 a § 77 ods. 7 zák. č. 566/2001 Z.z., pričom rozhodnutím zo dňa 26.8.2010, č. OPK- 5664/1-5/2010, zastavila konanie o schválenie dodatku k Prospektu investície z dôvodu, že žiadosť neobsahovala náležitosti stanovené zákonom, čo potvrdila Banková rada NBS rozhodnutím zo dňa 7.12.2010, č. GUV-1744/2010. Rozhodnutím zo dňa 30.5.2011, č. ODT-10890-4/2010, právoplatným dňa 18.7.2011, zakázala Národná banka Slovenska Družstvu ako vyhlasovateľovi verejnej ponuky majetkových hodnôt predaj majetkových hodnôt s tým, že zmenou skutočností uvedených v Prospekte investície Družstvo tento Prospekt nedodržiavalo a neurobilo žiadne kroky k tomu, aby stav Družstva uviedlo do súladu s údajmi v Prospekte investícií. Národná banka Slovenska podala dňa 27.7.2010 trestné oznámenie na neznámeho páchateľa po tom, čo pri výkone dohľadu na diaľku zistila skutočnosti nasvedčujúce spáchaniu skutku, ktorý by mohol naplniť znaky skutkovej podstaty trestného činu. Mal tiež za preukázané, že majetok vložený do investičných nástrojov Družstva je tvorený podielmi v družstvách EDSI, KPDSI a DDSI a na 98,85 % podielom zmenkami emitenta CI HOLDING, a.s., a nakoľko v zmysle prijatej investičnej stratégie v prospekte investície by angažovanosť voči jednému klientovi nemala prekročiť 30 % podielu ha celkových aktívach vyhlasovateľa verejnej ponuky, a podiel emitenta CI HOLDING, a.s. na celkových aktívach predstavovala 91,45 %, Prospekt investície nebol zo strany Družstva dodržaný. Národná banka Slovenska preto považovala za vhodné v aktívach družstva umiestniť finančné nástroje aj iných subjektov, ako subjektov nachádzajúcich sa v skupine CI HOLDING, a.s., z dôvodu rozloženia investičného rizika. Zo spisu Okresného súdu Bratislava I, sp. zn. 19 C 56/2011, zistil, že predmetom konania medzi navrhovateľom PODIELOVÝM DRUŽSTVOM SLOVENSKÉ INVESTÍCIE a odporcom SR - Národná banka Slovenska je náhrada škody vo výške 63.163.426,03 Eur s príslušenstvom, spôsobená nesprávnym úradným postupom NBS, spočívajúceho v tom, že táto po zistení závažných nedostatkov v činnosti obchodníka s cennými papiermi pri výkone dohľadu nad jeho činnosťou neurobila riadne a včas úkony potrebné na nápravu nedostatkov a ani na ich zamedzenie do budúcna, neurobila ani potrebné opatrenia na zabránenie vzniku škody na majetku Družstva, keď ho najmä neupozornila včas na riziká vyplývajúce z činnosti obchodníka s cennými papiermi, voči ktorému včas a účinne nezasiahla, čím mala spôsobiť, že obchodník s cennými papiermi mohol v protiprávnom konaní na ujmu Družstva pokračovať a Družstvo si nemohlo uplatniť nárok na náhradu za nedostupný klientský majetok u garančného fondu investícií. Družstvo v konaní namietalo i zbytočné prieťahy resp. nečinnosť NBS. Súd prvého stupňa zistil, že predmetné konanie nie je právoplatne skončené.. Zistil tiež, že Okresný súd Bratislava I uznesením zo dňa 11.4.2011, č. k. 3K 95/2010-21, právoplatným dňa 5.5.2011, vyhlásil konkurz na majetok Družstva ako úpadcu, a do funkcie správcu ustanovil E.. E. A., pričom veritelia Družstva boli vyzvaní na prihlásenie pohľadávok. Poukázal na to, že právny zástupca navrhovateľa vo svojich ústnych prednesoch uviedol, že navrhovateľ sa stal majiteľom členského vkladu v sume 458,35 Eur a majiteľom finančnej zmenky s č. 2542 znejúcej na sumu 1.335,60 Eur, jeho škoda teda pozostávala z uvedených súm a z úroku. Svoju pohľadávku prihlásil do konkurzu, ktorá bola správcom konkurznej podstaty v celom rozsahu popretá. Navrhovateľ podal incidenčnú žalobu vedenú pod sp. zn. 2Cbi 460/2011. Súd prvého stupňa vyhodnotil, že navrhovateľ v konaní nepreukázal existenciu predpokladov zodpovednosti odporcu za škodu podľa zák. č. 514/2003 Z.z., na vyvodenie ktorej je potrebné kumulatívne splnenie všetkých zákonom stanovených podmienok, ktorými sú existencia majetkovej ujmy vyjadriteľnej v peniazoch, nezákonné rozhodnutie alebo nesprávny úradný postup orgánu verejnej moci a príčinná súvislosť medzi škodou a nezákonným rozhodnutím alebo nesprávnym úradným postupom, keď nepreukázanie čo i len jedného z týchto predpokladov má za následok zamietnutie celého návrhu. Uviedol, že z vykonaného dokazovania vyplynulo, že navrhovateľ sa stal členom družstva PODIELOVÉ DRUŽSTVO SLOVENSKÉ INVESTÍCIE, vystupoval pod č. 13312. Žiadosťou zo dňa 13.10.2010 požiadal Družstvo o zrušenie členského podielu, jeho členstvo v Družstve zaniklo a vzniklo mu právo na vyplatenie vyrovnacieho podielu v sume 458,35 Eur. Dňa 30.12.2010 mu bola Družstvom vystavená zmenka na sumu 1.335,60 Eur a dňa 10.1.2011 zmenka na sumu 458,35 Eur. Uvedené sumy si prihlásila ako pohľadávku v rámci konkurzu, ktorá bola popretá a navrhovateľka iniciovala incidenčnú žalobu, pričom konanie o nej vedené pod sp. zn. 2Cbi 460/2011 na Okresnom súde Bratislava I nie je právoplatne skončené. Poukázal na ustálenú judikatúru NS SR i NS ČR, podľa ktorej platí, že nárok na náhradu škody podľa zák. č. 58/1969 Zb., ako aj podľa zák. č. 514/2003 Z.z. môže byť úspešne uplatnený len vtedy, ak nemožno dosiahnuť uspokojenie veriteľa voči dlžníkovi iným titulom. Mal za to, že Družstvo je subjektom povinným vydať jej bezdôvodné obohatenie titulom jej nároku na vyplatenie vyrovnacieho podielu. Navrhovateľ v čase rozhodovania (poukaz na ust. § 154 O.s.p.) nepreukázal podľa súdu prvého stupňa bezúspešnosť uplatňovania svojich práv voči Družstvu, keď oprávnenosť jeho nároku je predmetom konanie o ním iniciovanej incidenčnej žalobe, konkurzné konanie nie je právoplatne skončené. Nie je teda aktuálne ustálený majetok úpadcu - Družstva, z ktorého by mala byť jeho pohľadávka uspokojená. Preto nemohol ustáliť, či a najmä v akej výške vznikla navrhovateľovi škoda, stým, že uvedené okolnosti sú rozhodné aj pre plynutie premlčacej doby na uplatnenie daného nároku. Vzhľadom na prebiehajúce konkurzné konanie teda nemožno vylúčiť uspokojenie navrhovateľa v rámci neho. Súd prvého stupňa taktiež uviedol, že navrhovateľ nepreukázal ani existenciu namietaného nesprávneho úradného postupu NBS, keď tento v žalobe ani riadne nešpecifikoval, pretože neuviedol, akým konkrétnym konaním alebo nekonaním mal odporca porušiť konkrétne povinnosti, akú konkrétnu činnosť zanedbal, neuviedol konkrétne obdobie, v ktorom sa mal dopustiť prieťahov či nečinnosti, a to vo väzbe na jej osobu. Pokiaľ ide o nesprávny úradný postup spočívajúci v oneskorenom zistení neaktuálnosti údajov zahrnutých do prospektu investície uviedol, že dohľad NBS nad činnosťou Družstva ako vyhlasovateľa verejnej ponuky majetkových hodnôt bol regulovaný zák. č. 566/2001 Z.z. v obmedzenom, resp. vymedzenom rozsahu, spočívajúcom v kontrole povinností uložených vyhlasovateľovi verejnej ponuky majetkových hodnôt zákonom a k takým povinnostiam počnúc 1.1.2009 patrila i povinnosť aktualizácie Prospektu investícií podľa § 125c ods. 1 v spojení s § 127 ods. 4 zák. č. 566/2001 Z.z. a od 1.6.2010 povinnosť dodržiavania Prospektu investícií podľa § 129 ods. 3 uvedeného zákona. Dospel k záveru, že v prípade nastania novej významnej skutočnosti, vecnej chyby alebo nepresnosti týkajúcej sa údajov zahrnutých do prospektu investícií,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Keďže tak neurobilo, mohla NBS zistiť nové skutočnosti až s časovým odstupom, najmä pri plnení zákonom uloženej periodickej informačnej povinnosti Družstva, keď nemožno opomenúť, že štatutárny orgán Družstva počas celej doby verejnej ponuky zodpovedal za pravdivosť a úplnosť údajov v Prospekte investícií a schválenie Prospektu investícií nemalo za následok aj schválenie zmluvy o riadení portfólia. V tejto súvislosti uviedol, že NBS nemala právomoc vykonávať dohľad nad celkovou činnosťou družstva, s tým, že Družstvo až do 15.4.2010 nesignalizovalo NBS zhoršenie jeho finančnej situácie, resp. nedostatky v činnosti obchodníka s cennými papiermi, a až pri výkone dohľadu na mieste samom v čase od 20.4.2010 do 6.5.2010 NBS zistila zmeny v údajoch v Prospekte investície, ktoré mohli ovplyvniť hodnotenie majetkových hodnôt, s následkom neaktuálnosti Prospektu investície, nie však jeho platnosti, keď zo žiadnych ustanovení zák. č. 566/2001 Z.z. nevyplýva neplatnosť prospektu pre jeho neaktuálnosť. Poukázal na to, že NBS vyzvala Družstvo na predloženie žiadosti o schválenie dodatku Prospektu investície, ktorá však po predložení neobsahovala všetky náležitosti podľa zák. č. 747/2004 Z.z. a rovnaké nedostatky mal aj dodatok Prospektu investície ja v zmysle zák. č. 566/2001 Z.z. Keďže nedostatky neboli odstránené, konanie bolo zastavené. NBS ukončila aj ňou iniciované konanie o uloženie sankcie podľa § 144 ods. 4 zák. č. 566/2001 Z.z. vydaním rozhodnutia č. ODT-10890-4/2010 zo dňa 30.5.2011, ktorým zakázala Družstvu predaj majetkových hodnôt. Dospel potom k záveru, že NBS konala v rámci svojich oprávnení stanovených zákonom a súd prvého stupňa v jej postupe namietaný nesprávny úradný postup nezistil. Pokiaľ ide o nesprávny úradný postup spočívajúci v prijatí nedostatočných opatrení na nápravu protiprávneho stavu uviedol, že predmetom konania je nesprávny úradný postup odporcu a nie obchodníka s cennými papiermi, a preto v priamej príčinnej súvislosti s ním mohla škody vzniknúť len Družstvu a nie navrhovateľke, ktorá nebola v žiadnom záväzkovom ani inom vzťahu s obchodníkom s cennými papiermi, keďže zmluvnou stranou zmluvy o riadení portfólia bolo len Družstvo. Dohľad NBS bol limitovaný zákonom č. 566/2001 Z.z. a informácie a podklady zistené v rámci predmetu dohľadu podľa § 135 ods. 2 a § 137 ods. 2 zák. č. 747/2004 Z.z. o dohľade sa vzťahovali výlučne ku konkrétnemu druhu dohliadaného subjektu, v danom prípade Družstvu, ktorému zákon neukladal povinnosti v oblasti obmedzenia a rozloženia rizika, prípadne jeho krytia. NBS teda podľa platnej úpravy v danom období (rok 2007) nemohla uložiť Družstvu sankciu, pretože povinnosť dodržiavať Prospekt investícií sa na Družstvo v tom čase nevzťahovala. Nemohla teda konať nad rámec, rozsah a spôsob stanovený zákonom. Súd prvého stupňa sa nestotožnil s argumentáciou navrhovateľa ohľadom tvrdeného nesprávneho úradného postupu odporcu spočívajúceho v prijatí nedostatočných opatrení na nápravu protiprávneho stavu po zistení pochybení obchodníka s cennými papiermi pri činnosti voči Družstvu z dôvodu absencie priamej príčinnej súvislosti s prípadnou škodou na strane navrhovateľka, keď z listinných dôkazov (najmä z rozhodnutí o uložení pokút) mal za preukázané, že NBS činnosť obchodníka sledovala a nebolo jej povinnosťou informovať Družstvo o výsledných zisteniach a účastníkom konania o uloženie pokuty je len dohliadaný subjekt. Mal za to, že bolo primárne povinnosťou Družstva, ktoré malo všetky dostupné informácie o činnosti obchodníka s cennými papiermi, zabezpečiť priamu kontrolu plnenia jeho povinností a dohľad nad jeho činnosťou, pričom nemožno zanedbať ani povinnosti samotného navrhovateľa, ktorá sa ako členka Družstva mala aktívne a včas zaujímať o svoje práva a ich výkon voči Družstvu a jeho orgánom a zamedziť tak znehodnocovaniu, príp. nevymožiteľnosti svojich majetkových a iných súvisiacich práv s Družstvom. Rozhodnutie v časti výroku, ktorým zamietol návrh navrhovateľa na prerušenie konania do právoplatného skončenia konania prebiehajúceho na Okresnom súde Bratislava I pod sp. zn. 19C 56/2011, týkajúceho sa právnej veci navrhovateľa PODIELOVÉ DRUŽSTVO SLOVENSKÉ INVESTÍCIE proti odporcovi Slovenská republika - Národná banka Slovenska, ktorého predmetom je náhrada škody vo výške 63.163.426,03 Eur s príslušenstvom, spôsobená nesprávnym úradným postupom Národnej banky Slovenska podľa § 9 zák. č. 514/2003 Z.z., ktorý mal spočívať v zanedbaní dohľadu NBS nad činnosťou obchodníka s cennými papiermi, odôvodnil právne podľa ust. § 109 ods. 2 písm. c/ O.s.p. a vecne tým, že po oboznámení sa s obsahom spisu sp. zn. 19C 56/2011 prerušenie konania nepovažoval za dôvodné, nakoľko v prebiehajúcej veci vykonal dostatočné dokazovanie, mal k dispozícii dostatok listinných dôkazov na posúdenie tvrdeného nesprávneho úradného postupu odporcu, pričom predmetom tohto konania je výlučne nesprávny úradný postup NBS vyplývajúci z dohľadu nad Družstvom a nie nad obchodníkom s cennými papiermi. Dokazovanie vykonávané vo veci so sp. zn. 19C 56/2011 nepredstavuje takú právne relevantnú skutočnosť, ktorý by mala význam pre rozhodnutie súdu v tejto veci. Uviedol, že prípadné zanedbanie dohľadu NBS nad obchodníkom s cennými papiermi, s ktorým bolo v záväzkovom vzťahu iba Družstvo, nemá vplyv na preukázanie predpokladov zodpovednosti odporcu za škodu, vzhľadom na právny vzťah navrhovateľky ako členky Družstva a Družstvom. Pre prejednávanú vec preto považoval za bezpredmetnú aj otázku existencie a vzniku škody Družstva, pretože úspech, prípadne neúspech Družstva v konaní 19C 56/2011 má význam len z hľadiska prebiehajúceho konkurzného konania, ktoré nie je ukončené. Rozhodnutie o trovách konania odôvodnil právne ust. § 142 ods. 1 O.s.p. a vecne plným úspechom odporcu, ktorému náhradu trov nepriznal, nakoľko si ich náhradu neuplatnil a v konaní mu ani žiadne nevznikli. Proti tomuto rozsudku podal navrhovateľ prostredníctvom svojho právneho zástupcu včas odvolanie v časti výroku, ktorým súd prvého stupňa zamietol návrh navrhovateľa na prerušenie konania do právoplatného skončenia vedeného na Okresnom súde Bratislava I pod sp. zn. 19C 56/2011, a v časti výroku, ktorým zamietol návrh navrhovateľa na zaplatenie náhrady škody s príslušenstvom, a navrhla rozsudok v časti oboch napadnutých výrokov zmeniť, a jej návrhu na prerušenie konania a vo veci samej vyhovieť, resp. rozsudok súdu prvého stupňa v uvedených častiach zrušiť a vec vrátiť na ďalšie konanie. Zároveň žiadal priznať náhradu trov konania. V odvolaní uviedol, že v posudzovanej veci existoval dôvod objektívnej povahy na požadované prerušenie konania s poukazom na úzku vecnú a časovú spojitosť sporu vedeného pod sp. zn. 19C 56/2011 s prejednávanou vecou, výsledok ktorej môže reálne ovplyvniť, keďže v oboch konaniach sa navrhovatelia domáhajú riešenia otázok úzko súvisiacich s určením a stanovením zodpovednosti Národnej banky Slovenska za škodu spôsobenú nesprávnym úradným postupom pri výkone verejnej moci v jednej konkrétnej veci, pričom výsledok konania sp. zn. 19C 56/2011 má úzky vplyv na predmetné konanie čo do dôvodu i rozsahu, v akom sa odporca dopustil nesprávneho úradného postupu pri výkone dohľadu, mimo iného nad obchodníkom s cennými papiermi, v súvislosti s čím vznikla škoda Družstvu, ktorého členom bola navrhovateľka. Poukázal na to, že v prípade, ak by sa v konaní sp. zn. 19C 56/2011 preukázal nesprávny úradný postup Národnej banky Slovenska pri výkone dohľadu nad obchodníkom s cennými papiermi, dokazovanie v konaní sp. zn. 25C 224/2011 (v tejto právnej veci) by bolo v tomto smere nadbytočné, pričom označila za nehospodárne, aby popri sebe prebiehali dve paralelné, skutkovo i časovo súvisiace dokazovania, v ktorých by sa posudzoval nesprávny úradný postup Národnej banky voči rovnakým subjektom. Uviedol, že podľa neho neobstojí argumentácia o irelevantnosti dokazovania nesprávneho úradného postupu nad obchodníkom s cennými papiermi, nakoľko škoda, ktorá vznikla v majetkovej sfére navrhovateľky nesprávnym úradným postupom Národnej banky Slovenska v súvislostí s obchodníkom s cennými papiermi, vznikla v dôsledku porušenia právnej povinnosti Národnej banky Slovenska vyplývajúcej priamo z právnych predpisov, pričom práve z dôvodu, že sa v prejednávanej veci nejednalo o škodu vyplývajúcu zo zmluvy, si navrhovateľ uplatnila voči Národnej banke Slovenska nárok na náhradu škody, ktorá bola spôsobená jej nesprávnym úradným postupom pri výkone verejnej moci. Vyjadril názor, že dokazovanie nesprávneho úradného postupu v súvislosti s obchodníkom s cennými papiermi je podstatné aj z dôvodu, že tak ona ako i samotné Družstvo, ktorého bol členom, nemôžu byť považovaní za profesionálneho klienta, ktorý má odborné znalosti, skúsenosti a poznatky na uskutočňovanie vlastných rozhodnutí o investíciách a na riadne posudzovanie s tým spojených rizík, z dôvodu ktorého postupovali pri zabezpečení investičnej služby v spolupráci s odborne spôsobilými a zodpovednými osobami v zmysle zákona o cenných papieroch, pričom sa súčasne spoliehali na riadny a odborný výkon povinností Národnej banky Slovenska, vyplývajúci jej zo zákona o cenných papieroch, ako i na riadnu, a odôvodnený výkon dohľadu nad licencovaným obchodníkom s cennými papiermi. Mal za to, že pokračovanie v konaní bez vyčkania na rozhodnutie v konaní vedenom pod sp. zn. 19C 56/2011, by mohlo mať za následok nesprávne rozhodnutie vo veci s poukazom na to, že v ňom ide o zodpovedanie otázok, ktoré majú kľúčový význam pre právne posúdenie veci a teda výsledok uvedeného konania, v ktorom sa rieši otázka majúca podstatný vplyv a význam pre rozhodnutie súdu, môže podstatne zmeniť rozhodnutie súdu vo veci samej a môže spôsobiť existenciu dôvodu na obnovu konania podľa ust. § 228 ods. 1 O.s.p.. Navrhovateľ vo vzťahu k rozhodnutiu vo veci samej uviedol, že Národná banka Slovenska zanedbávala svoje povinnosti pri výkone dohľadu nad Družstvom aj obchodníkom s cennými papiermi minimálne od roku 2007, pričom povinnosťou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01.05.2007, Družstvo ako vyhlasovateľ verejnej ponuky majetkových hodnôt, ako a obchodník,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navrhovateľa. Poukázal na skutočnosť, že v konaní vedenom na Okresnom súde Bratislava I pod sp. zn. 7C 206/2011 bolo výpoveďou svedka O.. W. D., B., preukázané, že Národná banka Slovenska už v roku 2007 pri kontrole Družstva zistila, že z hľadiska rizikovosti portfólia má nedostatočne rozložené portfólio, ktoré bolo tvorené zmenkou jediného emitenta, a to spoločnosti CI HOLDING a.s., ktorý v tom čase akcionársky vlastnil obchodníka s cennými papiermi, z čoho vyplýva, že Družstvo malo všetky peňažné prostriedky od nej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O.. A. Č., vtedajší predseda predstavenstva obchodníka. Uviedol, že Národná banka Slovenska naďalej akceptovala stav, že celé portfólio Družstva je rozložené a investované do prepojených subjektov s CI HOLDING a.s.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navrhovateľom do Družstva vložených prostriedkov, pričom banka svojou nečinnosťou a ľahostajným prístupom k svojim kompetenciám zapríčinila aj to, že už nemohla rozpoznať riziko svojej investície, resp. že túto investíciu jej banka svojim zanedbaným dohľadom, ani v minimálnej možnej miere neochránila. Poukázal na skutočnosť, že Národná banka Slovenska tým, že dňa 04.03.2011 obchodníkovi s cennými papiermi odňala licenciu na činnosť a Družstvu zakázala činnosť v roku 2011, potvrdila dlhodobé porušovanie zákona o cenných papieroch, z čoho vyplýva jej tolerovanie porušovania právnych predpisov minimálne od roku 2008 do roku 2011. Vo svojom odvolaní ďalej uviedla, že Národná banka Slovenska rozhodnutím č. ODT-10890-4/2010 zo dňa 30.05.2011, právoplatným dňa 18.07.2011,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keď ich neaktuálnosť siahala spätne k 31.12.2006, kedy došlo v sídle Národnej banky Slovenska dňa 27.08.2007 k stretnutiu s poverenými členmi predstavenstva Družstva za účelom prerokovania nezrovnalostí a problémov v jeho činnosti a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svojim konaním porušovalo ust. § 129 ods. 3 v spojení s § 128 ods. 1 písm. b), c) a h) a § 125c ods. 1 v spojení s § 127 ods. 4 Zákona o cenných papieroch od 31.12.2006, avšak Národná banka Slovenska voči Družstvu úradne zasiahla až v máji 2011, kedy činnosť Družstva zakázala. Uviedol, že žiadna platná právna norma neumožňuje vysloviť záver o predčasnosti podania návrhu, a to ani vtedy, ak navrhovateľka doposiaľ nemala možnosť vymôcť plnenie od subjektu, ktorý jediný je podľa názoru odporcu a prvostupňového súdu povinný, jej dané plnenie vrátiť, s tým, že ani zák.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podľa navrhovateľky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Namietol tiež, že zo zápisníc o pojednávaní pred prvostupňovým súdom vyplýva, že listinné dôkazy vyžiadané prvostupňovým súdom, resp. predložené účastníkmi konania neboli riadne vykonané spôsobom podľa ust. § 129 ods. 1 O.s.p. (s poukazom na uznesenie Najvyššieho súdu Slovenskej republiky sp. zn. 6M Cdo 11/2010 zo dňa 31.01.2012). Odporca vo svojom vyjadrení k odvolaniu navrhovateľa navrhol rozsudok súdu prvého stupňa v napadnutých častiach potvrdiť, keď mal za to, že súd prvého stupňa vykonal vo veci rozsiahle dokazovanie za účelom spoľahlivého zistenia skutkového (navrhnuté navrhovateľkou) a právneho stavu veci, riadne zabezpečil dôkazné listiny, a z iných súdnych konaní v skutkovo a právne identických veciach mal k dispozícii všetky pre vec podstatné a rozhodujúce písomné listinné dôkazy, a tiež 11 právoplatných rozhodnutí vydaných odporcom, z ktorých je jeho úradný postup preukázaný. Nesúhlasil s tvrdením navrhovateľa, že je povinnosťou všeobecného súdu dať odpoveď na všetky otázky nastolené účastníkom konania (pričom ani nešpecifikovala, na ktoré otázky nedostala odpoveď),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navrhovateľky, a preto jej tvrdenie, že rozsudok súdu prvého stupňa v napadnutej časti považuje za denegatio iustitiae, je účelové. Mal za to, že navrhovateľ sa účelovo snaží dodatočne navrhovať vykonanie ďalších právne irelevantných dôkazov, ktoré iba oddiaľujú vydanie rozhodnutia vo veci, a zároveň sa snaží vyfabulovať fiktívnu existenciu jeho údajného nesprávneho postupu a tiež fikciu, kedy sa tak stalo, pretože údajný nesprávny úradný postup nebol preukázaný a neexistuje. Poukázal na to, že navrhovateľ nevyužil všetky možnosti na uplatnenie a vymoženie svojho nároku, pretože nepodala žiadny návrh proti členom predstavenstva ani členom kontrolnej komisie Družstva, ktorí boli zodpovední za jeho riadenie, za hospodárenie a nakladanie s jeho majetkom. Vo vzťahu k napadnutému výroku o zamietnutí návrhu navrhovateľa na prerušenie konania uviedol, že tento návrh považuje za účelový pokus navrhovateľky o predĺženie konania na súde prvého stupňa, vychádzajúc z toho, že bol podaný až rok a pol tom, čo súd prvého stupňa konal v celom rade skutkovo a právne identických veciach, pričom právny zástupca navrhovateľa bol oboznámený s podaním žaloby vo veci vedenej pod sp. zn. 19C 56/2011, a napriek tomu podal žalobu v predmetnej a stovkách (cca 800) ďalších skutkovo a právne identických veciach, prerušenia konaní ktorých sa teraz domáha. Poukázal na rozdielnosť a vzájomnú nesúvislosť konaní vedených pod sp. zn. 19C 56/2011 a 25C 224/2011 (prejednávaná vec), keď sa v nich preukazujú rozdielne skutkové okolnosti s rozdielnou právnou argumentáciou (výkon dohľadu Národnou bankou Slovenska nad dvomi rozdielnymi subjektmi), pričom dokazovanie nesprávneho úradného postupu nad obchodníkom s cennými papiermi je v tomto konaní podľa neho za právne irelevantné, pretože na strane navrhovateľa nemohlo dôjsť k vzniku škody v bezprostrednej a priamej príčinnej súvislosti s eventuálnym údajným nesprávnym úradným postupom odporcu nad obchodníkom s cennými papiermi. V tejto súvislosti poukázal na skutočnosť, že navrhovateľ nebol v žiadnom záväzkovom vzťahu s obchodníkom s cennými papiermi, pričom teoreticky by mohla v tejto súvislosti vzniknúť škoda iba Družstvu, ktoré bolo s obchodníkom v záväzkom vzťahu na základe zmluvy o riadení portfólia. Prípadné rozhodnutie v konaní vedenom pod sp. zn. 19C 56/2011 bude mať význam len pre prebiehajúce konkurzné konanie, ktorého však navrhovateľ nie je účastníkom. Mal potom za to, že neexistuje objektívny dôvod na požadované prerušenie konania. Ohľadom navrhovateľom v odvolaní tvrdeného zanedbania jeho povinností pri dohľade nad Družstvom a obchodníkom s cennými papiermi uviedol,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Národná banka Slovenska môže ukladať sankcie dohliadanému subjektu len za také porušenie a neplnenie povinností, ktoré sú dohliadanému subjektu uložené zákonom a ktoré zároveň patria do pôsobnosti a kompetencií orgánu dohľadu. Poukázal na to, že až od účinnosti novelizovaného ust. § 129 ods. 3 zákona o cenných papieroch, teda až od 01.06.2010, boli povinnosti vyhlasovateľa verejnej ponuky majetkových hodnôt rozšírené tak, že Družstvo ako vyhlasovateľ verejnej ponuky majetkových hodnôt malo zákonom uloženú aj povinnosť dodržiavať schválený Prospekt investícií, a teda až odvtedy mohla Národná banka Slovenska dohliadať, či Družstvo schválený Prospekt investícií dodržiava. Uviedol, že povinnosť aktualizovať Prospekt investície bola stanovená vyhlasovateľovi verejnej ponuky majetkových hodnôt až od 01.01.2009, na základe novelizovaného ust. § 127 ods. 4 zákona o cenných papieroch v znení zák. č. 558/2008 Z.z., a počas celej doby od vyhlásenia verejnej ponuky majetkových hodnôt, štatutárny zástupca vyhlasovateľa verejnej ponuky majetkových hodnôt nepretržite zodpovedal a zodpovedá investorom za pravdivosť a úplnosť údajov v Prospekte investícií, a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teda ani Družstvu,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Poukázal na nepravdivé, klamlivé a zavádzajúce tvrdenia navrhovateľa v odvolaní s tým, že Národná banka Slovenka nevykonávala dohľad nad finančnými ukazovateľmi Družstva, ale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navrhovateľa že vo vzťahu k Družstvu bola Národná banka Slovenska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Zdôraznil, že z vykonaného dokazovania jednoznačne vyplynulo, že navrhovateľ nepreukázal, že sa bezúspešne domáhal vydania svojej pohľadávky od dlžníka, teda Družstva, keďže stále je účastníčkou prebiehajúceho konkurzného konania. V tejto súvislosti poukázal na odôvodnenie nálezu Ústavného súdu SR, č. k. II. ÚS 165/2012-45 zo dňa 13.02.2013, podľa ktorého, kým má navrhovateľa pohľadávku na vydanie bezdôvodného obohatenia voči tomu, kto ho získal, resp. kým nepreukázal bezúspešné domáhanie sa vydania tohto obohatenia, nie je daný základný predpoklad zodpovednosti štátu za škodu podľa zák. č. 58/1969 Zb., a to existencia samotnej škody. Aktuálne podľa neho nemožno ani odhadnúť výšku škody navrhovateľky, keďže vznik škody a jej výška závisia od výsledku konkurzného konania, teda škoda môže navrhovateľke vzniknúť až po jeho ukončení. Škoda totiž podľa neho nevzniká v okamihu splatnosti pohľadávky a ani v okamihu omeškania dlžníka, ale mohla by vzniknúť okamihom, keď sa právo veriteľa stalo fakticky nevymáhateľným (III. ÚS 361/09 z 26.11.2009). Zároveň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O.s.p. netreba dokazovať skutočnosti všeobecne známe alebo známe súdu z jeho činnosti s tým, že z odôvodnenia uznesenia Najvyššieho súdu SR zo dňa 27. februára 2008, sp. zn. lObo 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sú proti nemu vedené stovky sporov na rovnakom skutkovom a právnom základe, pričom vo všetkých sporoch majú navrhovatelia rovnakého právneho zástupcu. Krajský súd v Bratislave ako súd odvolací (§ 10 ods. 1 O.s.p) prejednal vec podľa § 212 ods. 1 O.s.p, bez pojednávania podľa § 214 ods. 2 O.s.p., postupom podľa § 156 ods. 3 O.s.p., a dospel k záveru, že odvolanie navrhovateľa nie je dôvodné. Súd prvého stupňa riadne zistil skutkový stav veci, keď vykonal dokazovanie v rozsahu potrebnom na zistenie rozhodujúcich skutočností (§ 120 ods. 1 O.s.p.) z hľadiska posúdenia opodstatnenosti návrhu navrhovateľa na náhradu škody spôsobenej nesprávnym úradným postupom orgánu verejnej moci, výsledky vykonaného dokazovania správne zhodnotil (§ 132 O.s.p.), a na ich základe dospel k správnym skutkovým a právnym záverom, ktoré v napadnutom rozhodnutí aj náležité a veľmi podrobne odôvodnil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napadnutých výrokov rozsudku súdu prvého stupňa, ktorými súd prvého stupňa zamietol návrh navrhovateľa na prerušenie konania, ako aj návrh uplatnený navrhovateľom na náhradu škody, spôsobenej jej nesprávnym úradným postupom Národnej banky Slovenska pri výkone dohľadu nad Družstvom. Z obsahu spisu vyplýva, že navrhovateľ bol členom PODIELOVÉHO DRUŽSTVA SLOVENSKÉ INVESTÍCIE, Poľná č. 1, Bratislava, IČO: 35 784 717 (ďalej „Družstvo"), toho času v konkurze vyhlásenom uznesením Okresného súdu Bratislava I zo dňa 11.04.2011, č. k. 3K 95/2010-21, právoplatným dňa 05.05.2011, s členským podielom podľa vystavenej zmenky č. 3222 v žalovanej sume, ktorá mu Družstvom nebola vyplatená, a ktorú si uplatnil voči Družstvu v konkurze. Zo súdom prvého stupňa vykonaného dokazovania vyplýva, že dňa 02.06.2008 bola medzi Družstvom ako klientom a obchodnou spoločnosťou CAPITAL INVEST, o.c.p., a.s. v likvidácii, (ďalej „obchodník s cennými papiermi"), ako obhospodarovateľom uzavretá Zmluva o riadení portfólia podľa ust. § 43 zák. č. 566/2001 Z.z. o cenných papieroch a investičných službách, predmetom ktorej bol podľa článku I. bod 2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predmetnej zmluve sa obchodník s cennými papiermi zaviazal zabezpečiť mieru zhodnotenia Družstva vo výške 8 % ročne. Medzi účastníkmi konania nebolo sporným, že po výpovedi Zmluvy zo dňa 30.03.2010 zo strany obchodníka s cennými papiermi, Národná banka Slovenska rozhodnutím zo dňa 21.12.2010, č. ODT-8305-5/2010, potvrdeným rozhodnutím Bankovej rady Národnej banky Slovenska zo dňa 01.03.2011, č. GUV-274/2011, odobrala obchodníkovi s cennými papiermi povolenie na poskytovanie investičných služieb, a rozhodnutím č. ODT-10890-4/2010 zo dňa 30.05.2011 Národná banka Slovenska zakázala Družstvu predaj majetkových hodnôt podľa ust. § 144 ods. 4 písm. c) zák. č. 566/2001 Z.z. z dôvodu porušenia ust. § 129 ods. 3 v spojení s § 128 ods. 1 písm. b), c), h) zák. č. 566/2001 Z. z. a ust. § 125c ods. 1 v spojení s § 127 ods. 4 zák. č. 566/2001 Z.z. o cenných papieroch a investičných službách. V posudzovanej veci sa navrhovateľ návrhom domáhala uloženia povinnosti odporcovi zaplatiť jej škodu, ktorá jej mala vzniknúť v príčinnej súvislosti s nesprávnym úradným postupom Národnej banky Slovenska, špecifikovanom v návrhu na začatie konania a jeho doplnení, ktorý mal spočívať v tom, že Národná banka Slovenska oneskorene zistila neaktuálnosť Prospektu investícií Družstva, keď Družstvo porušovalo ust. § 129 ods. 3 v spojení s ust. § 128 ods. 1 písm. b), c), h) a ust. § 125c ods. 1 v spojení s ust. § 127 ods. 4 zák. č. 566/2001 Z.z. o cenných papieroch a zasiahla až v máji 2011, kedy vydaním rozhodnutia o zákaze činnosti, zakázala Družstvu činnosť, hoci neaktuálnosť Prospektu investícií bola už od 31.12.2006, v prijatí nedostatočných opatrení zo strany Národnej banky Slovenska po 24.08.2007,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a že Národná banka Slovenska prijala od 20.08.2008 do 04.03.2011, kedy nadobudlo právoplatnosť rozhodnutie o odobratí povolenia obchodníkovi, nedostatočné opatrenia a zapríčinila, že navrhovateľka nemohla rozpoznať riziko svojej investície už skôr, najmä po zisteniach, že obchodník s cennými papiermi poskytol Družstvu investičnú službu, ktorú mu poskytovať nemohol. V posudzovanej veci sa teda navrhovateľ voči štátu domáha náhrady škody, ktorá mu mala byť spôsobená nesprávnym úradným postupom Národnej banky Slovenska podľa zák. č. 514/2003 Z.z. o zodpovednosti za škodu spôsobenú pri výkone verejnej moci a o zmene niektorých zákonov. Hmotnoprávnym základom pre uplatnenie práva navrhovateľa na náhradu škody je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súvislostí, či okolnosti nasvedčujúcej jej existencii; príčinnú súvislosť treba vždy preukázať. Rozhodujúca je vecná súvislosť príčiny a následku a túto nemožno riešiť vo všeobecnej rovine, ale vždy v konkrétnych súvislostiach. Príčinou vzniku škody môže byť Jen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teda všeobecným ekvivalentom, a je napraviteľná poskytnutím majetkového plnenia, teda poskytnutím predovšetkým peňazí. Skutočnou škodou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Odvolací súd sa najskôr stotožnil so záverom súdu prvého stupňa, že v konaní nebol preukázaný nesprávny úradný postup zo strany Národnej banky Slovenska pri vykonávaní dohľadu nad činnosťou Družstva. V danom prípade nie je sporné, že Národná banka Slovenska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investícií. Teda až od 01.06.2010 mohla Národná banka Slovenska dohliadať, či Družstvo dodržiava schválený Prospekt investícií. Tiež povinnosť aktualizovať Prospekt investície v zmysle ust.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investícií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Národná banka Slovenska kontrolovať. Národná banka Slovenska nevykonávala dohľad nad finančnými ukazovateľmi Družstva ako sa mylne domnieva navrhovateľka. Podľa platnej právnej úpravy mohla totiž kontrolovať len to, či Družstvo plní informačné povinnosti v zmysle ust. § 126 až § 130 zák. č. 566/2001 Z.z.. V tejto súvislosti treba poukázať i na to, že navrhovateľka si musela byť vedomá toho, že s jej investíciou je spojené riziko, a že doterajší alebo propagovaný výnos nie je zárukou budúcich výnosov (ust. § 129 ods. 1 písm. b) zák. č. 566/2001 Z.z. v znení platnom do 21.07.2013; § 126 až § 130 boli zo zákona č. 566/2001 Z.z. vypustené novelou vykonanou zákonom č. 206/2013 Z.z. účinným dňa 22.07.2013). Ak si toho navrhovateľka vedomá nebola, nemožno to pričítať na ťarchu Národnej banky Slovenska v zmysle zásady, podľa ktorej neznalosť zákona neospravedlňuje. To isté platí aj pokiaľ ide o jej argumentáciu, že o rozsahu dohľadu Národnej banky Slovenska nad činnosťou Družstva nemala vedomosť. Nebolo možné sa stotožniť ani s námietkou navrhovateľa o povinnosti Národnej banky Slovenska v oblasti skúmania rizikovosti portfólia Družstva, nakoľko zákon č. 566/2001 Z.z.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navrhovateľa, ktorý však nemôže vychádzať z toho, ako takýto postup navrhovateľ vyhodnotil,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Z.z. o cenných papieroch). V danom prípade išlo o služby, ktoré Družstvo ako klient obchodníka s cennými papiermi využívalo na vlastné riziko s vedomím, že ziskovosť uvedených operácií nie je zaručená, a navrhovateľ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Národnej banky Slovenska zo dňa 21.12.2010, č. ODT-8305-5/2010, ktorým odobrala obchodníkovi s cennými papiermi povolenie na poskytovanie investičných služieb, potvrdeným rozhodnutím Bankovej rady Národnej banky Slovenska zo dňa 01.03.2011, č. GUV-274/2011, vykonával obchodník s cennými papiermi túto činnosť ako regulovanú Národnou bankou Slovenska a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navrhovateľovi. Nebolo možné stotožniť sa ani s námietkou navrhovateľa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08.01.2008, č. OPK-9750/3/2007, ktorým uložila obchodníkovi s cennými papiermi pokutu vo výške 16.596,96 eur (500.000,- Sk), kedy po zrušení a vrátení veci na ďalšie konanie Bankovou radou Národnej banky Slovenska, opätovne rozhodnutím zo dňa 20.08.2008, č. OPK-9750-5/2007, uložila obchodníkovi s cennými papiermi pokutu vo výške 9.958,18 eur (300.000,- Sk), a následne rozhodnutím zo dňa 21.12.2010, č. ODT-8305-5/2010, ktorým odobrala obchodníkovi s cennými papiermi povolenie na poskytovanie investičných služieb, odvolací súd považuje za dôležité zdôrazniť, že navrhovateľka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 očakával a namietal ich nedostatočnosť, nemôžu byť na ujmu odporcovi.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navrhovateľka v priebehu celého konania pred súdom prvého stupňa vytýkala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navrhovateľka tvrdený nesprávny úradný postup odporcu v konaní nepreukázala. Z uvedeného je potom zrejmé, že v konaní nebol preukázaný základný predpoklad vzniku zodpovednosti za škodu spôsobenú nesprávnym úradným postupom štátu v zmysle ust. § 9 zák. č. 514/2003 Z.z., ktorým je nesprávny úradný postup štátu zastúpeného Národnou bankou Slovenska. Z obsahu spisu tiež vyplýva, že navrhovateľ bol členom Družstva, ktoré je v súčasnosti v konkurze, vyhlásenom uznesením Okresného súdu Bratislava I zo dňa 11.04.2011, č. k. 3K 95/2010-21, právoplatným dňa 05.05.2011. Súd prvého stupňa správne vyhodnotil, že navrhovateľ v konaní neuniesol dôkazné bremeno, keď nepreukázal doručenie žiadosti o zrušenie jeho členského podielu Družstvu, ani existenciu rozhodnutia príslušného orgánu Družstva o zániku jeho členstva, a teda ani zánik jeho členstva v Družstve. Nepreukázal potom ani vznik nároku na vyplatenie vyrovnacieho podielu, ktorý by mal predstavovať jeho voči odporcovi uplatnenú škodu. Správny je aj jeho záver, že i keby navrhovateľ hodnoverným spôsobom zánik jeho členstva v Družstve preukázal, nepreukázal by vznik škody, pretože nepreukázal bezúspešne domáhanie sa úhrady pohľadávky voči dlžníkovi, teda Družstvu, s ktorým bola v právnom vzťahu, a ktoré je vo vzťahu k nemu v pozícii dlžníka povinného mu vydať získaný prospech v podobe vyrovnacieho podielu. Kým teda nepreukázal bezúspešne domáhanie sa úhrady pohľadávky voči dlžníkovi, nie je daný predpoklad existencie škody, a tým ani základný predpoklad zodpovednosti štátu podľa zákona č. 514/2003 Z.z. (analogicky rozhodnutie Najvyššieho súdu, sp. zn. 4Cdo 199/2005 zo dňa 31.05.2006, z odôvodnenia ktorého vyplýva, že rozhodnutie Najvyššieho súdu Slovenskej republiky, sp. zn. 4Cz 110/84, publikované pod č. 4/87 vo Výbere rozhodnutí a stanovísk Najvyššieho súdu Slovenskej republiky, je stále použiteľné). Z uvedeného dôvodu odvolací súd vyhodnotil námietky navrhovateľa, rozporujúce záver súdu prvého stupňa o predčasnosti podanej žaloby, ako nedôvodné. Nebolo možné sa stotožniť ani s námietkou navrhovateľa v podanom odvolaní, týkajúcou sa údajného procesného pochybenia súdu prvého stupňa, ktorý na pojednávaní nevykonal dokazovanie listinnými dôkazmi predpísaným spôsobom, nakoľko z obsahu zápisníc o pojednávaní pred prvostupňovým súdom vyplýva, že súd prvého stupňa účastníkov riadne oboznámil s obsahom listinných dôkazov na pojednávaní dňa 16.10.2013, a to s obsahom č. l. 1-8, 13-18, 21-22, 28, 29, 31-34, 35-45, 45-49, 50, 51-64, 65-78, 79-83, 84, 86, 87, 96-106, 107-108, 109-111, 112-114, 115, úradný záznam č. l. 116, listiny doložené na predmetnom pojednávaní, a i listinné dôkazy tvoriace prílohu k vyjadreniu k žalobe navrhovateľky zo dňa 21.8.2012 (opakujúce sa listinné dôkazy). Navrhovateľom vytýkané procesné pochybenie súdu prvého stupňa, ktoré malo spočívať v riadnom nevykonaní dokazovania nevyhnutného k preukázaniu rozhodujúcich skutočností, spôsobom uvedeným v ust. § 129 ods. l O.s.p., teda nebolo odvolacím súdom zistené . Podľa ust. § 109 ods. 2 písm. c) O.s.p, pokiaľ súd neurobí iné vhodné opatrenia, môže konanie prerušiť, ak prebieha konanie, v ktorom sa rieši otázka, ktorá môže mať význam pre rozhodnutie súdu, alebo ak súd dal na takéto konanie podnet. Citované zákonné ustanovenie upravuje tzv. fakultatívne prerušenie konania, to znamená prerušenie konania, ktoré nie je pre samotné konanie nevyhnutné. Predmetné ustanovenie dopadá na procesné situácie, v ktorých súd môže konanie prerušiť, no nemusí tak urobiť. Prerušenie konania je tu na úvahe vec prejednávajúceho súdu a je upravené len ako procesná možnosť tohto súdu, nie však ako jeho povinnosť. Súd má najskôr zvážiť možnosť iných vhodných op Poučenie: Proti tomuto rozsudku odvolanie nie je prípustné.</w:t>
      </w:r>
    </w:p>
    <w:p/>
    <w:p>
      <w:r>
        <w:t>Zdroj: KAUZIS.SK – https://www.kauzis.sk/judikatura/r/ECLI:SK:KSBA:2015:1014894542.1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