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6S/8/2015 z 21. 12. 2015</w:t>
      </w:r>
    </w:p>
    <w:p>
      <w:r>
        <w:t>Uznesenie Krajského súdu Bratislava z 21. decembra 2015, sp. zn. 6S/8/2015, ECLI:SK:KSBA:2015:1015200067.4</w:t>
      </w:r>
    </w:p>
    <w:p>
      <w:r>
        <w:t>Súd: Krajský súd Bratislava</w:t>
      </w:r>
    </w:p>
    <w:p>
      <w:r>
        <w:t>Spisová značka: 6S/8/2015</w:t>
      </w:r>
    </w:p>
    <w:p>
      <w:r>
        <w:t>ECLI: ECLI:SK:KSBA:2015:1015200067.4</w:t>
      </w:r>
    </w:p>
    <w:p>
      <w:r>
        <w:t>Dátum vydania: 21.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6S/8/2015 Identifikačné číslo súdneho spisu: 1015200067 Dátum vydania rozhodnutia: 22. 12. 2015 Meno a priezvisko sudcu, VSÚ: JUDr. Soňa Langová ECLI: ECLI:SK:KSBA:2015:1015200067.4 Uznesenie Krajský súd v Bratislave v právnej veci žalobcu: KECKA, s.r.o., Okružná 3239, 900 01 Modra, IČO: 46 664 866, právne zastúpený: OLEXOVA VASILISIN s.r.o., Dunajská 18, 811 08 Bratislava, proti žalovanému: Finančné riaditeľstvo Slovenskej republiky, Lazovná 63, 974 01 Banská Bystrica, o preskúmanie zákonnosti rozhodnutí žalovaného č. 1100302/1/489209/2014/5131 zo dňa 06.11.2014, č. 1100302/1/491054/2014/5131 zo dňa 07.11.2014, č. 1100302/1/487289/2014/5131 zo dňa 06.11.2014, č. 1100302/1/491309/2014/5131 zo dňa 07.11.2014, č. 1100302/1/493005/2014/5131 zo dňa 07.11.2014, takto r o z h o d o l : Krajský súd v Bratislave o d k l a d á vykonateľnosť rozhodnutí žalovaného č. 1100302/1/489209/2014/5131 zo dňa 06.11.2014, č. 1100302/1/491054/2014/5131 zo dňa 07.11.2014, č. 1100302/1/487289/2014/5131 zo dňa 06.11.2014, č. 1100302/1/491309/2014/5131 zo dňa 07.11.2014, č. 1100302/1/493005/2014/5131 zo dňa 07.11.2014, a to až do právoplatnosti rozhodnutia súdu vo veci samej. o d ô v o d n e n i e : Žalobou doručenou Krajskému súdu v Bratislave dňa 20.01.2015 sa žalobca domáhal preskúmania zákonnosti a následne zrušenia rozhodnutí žalovaného č. 1100302/1/489209/2014/5131 zo dňa 06.11.2014, č. 1100302/1/491054/2014/5131 zo dňa 07.11.2014, č. 1100302/1/487289/2014/5131 zo dňa 06.11.2014, č. 1100302/1/491309/2014/5131 zo dňa 07.11.2014, č. 1100302/1/493005/2014/5131 zo dňa 07.11.2014, ktorými ten potvrdil daňové exekučné výzvy Daňového úradu Bratislava č. 9101504/5/3148006/2014/Polk zo dňa 27.06.2014, č. 9101504/5/3148443/2014/Polk zo dňa 27.06.2014, č. 9101504/5/3148006/2014/Polk zo dňa 27.06.2014, č. 9101504/5/3149136/2014/Polk zo dňa 27.06.2014, č. 9101504/5/3149607/2014/Polk zo dňa 27.06.2014 a č. 9101504/5/314823/2014/Polk zo dňa 27.06.2014, ktorými správca dane analogicky totožne vyzval žalobcu na zaplatenie daňového nedoplatku vo výške XXX.XXX,- €. Súčasne žalobca v žalobe požiadal súd o odklad vykonateľnosti v záhlaví identifikovaných rozhodnutí. Ako dôvod tejto žiadosti uviedol, že napadnutými rozhodnutiami žalovaný potvrdil daňové exekučné výzvy Daňového úradu Bratislava, ktorými mu bola uložená povinnosť zaplatiť daňový nedoplatok vo výške XXX.XXX,- €, na základe exekučného titulu, ktorými sú vykonateľné a právoplatné rozhodnutia Daňového úradu Bratislava č. 9103309/5/1470929/2014 zo dňa 11.04.2014, č. 9103309/5/1471546/2014 zo dňa 11.04.2014, č. 9103309/5/1471101/2014 zo dňa 11.04.2014, č. 9103309/5/1471329/2014 zo dňa 11.04.2014 a č. 9103309/5/1470644/2014 zo dňa 11.04.2014, čo pre žalobcu predstavuje celkovo odvedenie sumy vo výške X.XXX.XXX,- €. Uviedol, že výška tejto sumy je pre neho likvidačná, nakoľko nemá disponibilné prostriedky na jej zaplatenie a bez odkladu vykonateľnosti napadnutých rozhodnutí by s najväčšou pravdepodobnosťou mohlo dôjsť k ohrozeniu a aj zrušeniu jeho podnikateľskej činnosti.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napadnutých rozhodnutí za opodstatnené, keďže okamžitým výkonom rozhodnutí, by mu hrozila vážna ujma v majetkovej sfére.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https://www.kauzis.sk/judikatura/r/ECLI:SK:KSBA:2015:1015200067.4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