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9Saz/3/2015 z 1. 2. 2015</w:t>
      </w:r>
    </w:p>
    <w:p>
      <w:r>
        <w:t>Uznesenie Krajského súdu Bratislava z 1. februára 2015, sp. zn. 9Saz/3/2015, ECLI:SK:KSBA:2015:1015200168.1</w:t>
      </w:r>
    </w:p>
    <w:p>
      <w:r>
        <w:t>Súd: Krajský súd Bratislava</w:t>
      </w:r>
    </w:p>
    <w:p>
      <w:r>
        <w:t>Spisová značka: 9Saz/3/2015</w:t>
      </w:r>
    </w:p>
    <w:p>
      <w:r>
        <w:t>ECLI: ECLI:SK:KSBA:2015:1015200168.1</w:t>
      </w:r>
    </w:p>
    <w:p>
      <w:r>
        <w:t>Dátum vydania: 1.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9Saz/3/2015 Identifikačné číslo súdneho spisu: 1015200168 Dátum vydania rozhodnutia: 02. 02. 2015 Meno a priezvisko sudcu, VSÚ: JUDr. Ľubomír Šramko ECLI: ECLI:SK:KSBA:2015:1015200168.1 Uznesenie Krajský súd v Bratislave v právnej veci navrhovateľa: R. J. L. D. D., narodeného XX.XX.XXXX, štátneho príslušníka Iraku v zahraničí bytom naposledy U., J. Č. G., Š. G., U. Č.. XXX, I. Č.. X, Č. D. XX, Z., aktuálne s miestom pobytu U. X, Ž., zastúpeného pani Mgr. Jarmilou Vargovou, advokátkou so sídlom pracoviska Brečtanová 21, Bratislava proti odporcovi: Ministerstvo vnútra Slovenskej republiky - Migračný úrad, Pivonková 6, Bratislava v konaní o opravnom prostriedku navrhovateľa z 27.1.2015 proti rozhodnutiu odporcu ČAS: MU-306-18/PO-Ž-2014 zo dňa 19.12.2014 takto r o z h o d o l : Krajský súd v Bratislave postupuje vec vedenú pod sp. zn. 9Saz/3/2015 miestne príslušnému Krajskému súdu v Košiciach. o d ô v o d n e n i e : Dňa 29.1.2015 bol konajúcemu Krajskému súdu v Bratislave (ďalej len súd) doručený návrh - opravný prostriedok navrhovateľa zo dňa 27.1.2015 proti rozhodnutiu odporcu ČAS: MU-306-18/PO-Ž-2014 zo dňa 19.12.2014, ktorým navrhovateľovi nebol udelený azyl na území Slovenskej republiky, bola mu však poskytnutá doplnková ochrana. Navrhovateľ je cudzincom, pochádzajúcim z Iraku, ktorému bola na základe jeho žiadosti poskytnutá doplnková ochrana. Ako to vyplýva z podaného návrhu, aktuálnym miestom pobytu navrhovateľa je U. I. Č.. X T. Ž.. Podľa ust. § 11 ods.1 Občianskeho súdneho poriadku v platnom znení (ďalej len „O.s.p.“) konanie sa uskutočňuje na tom súde, ktorý je vecne a miestne príslušný. Príslušnosť sa určuje podľa okolností, ktoré tu sú v čase začatia konania a trvá až do jeho skončenia. Podľa ust. § 21 ods. 3 zák. č. 480/2002 Z.z. o azyle a o zmene a doplnení niektorých zákonov v platnom znení (ďalej len zákon o azyle) na rozhodovanie o opravnom prostriedku podľa odsekov 1 a 2 je príslušný krajský súd. Podľa ust. § 246a ods.2 O.s.p. v konaní podľa tretej hlavy tejto časti je miestne príslušný všeobecný súd navrhovateľa alebo krajský súd, v obvode ktorého je tento súd. Podľa ust. § 14 zák. č.371/2004 Z.z. v platnom znení na konanie o opravných prostriedkoch proti rozhodnutiam vydaných v konaní o azyle podľa osobitného predpisu sú príslušné tieto súdy: a) Krajský súd v Bratislave pre územné obvody: 1. Krajského súdu v Bratislave, 2. Krajského súdu v Trnave, 3. Krajského súdu v Trenčíne, 4. Krajského súdu v Nitre, b) Krajský súd v Košiciach pre územné obvody: 1. Krajského súdu v Košiciach, 2. Krajského súdu v Prešove, 3. Krajského súdu v Banskej Bystrici, 4. Krajského súdu v Žiline. Podľa ust. § 85 ods.1 O.s.p. všeobecným súdom občana je súd, v ktorého obvode má občan bydlisko, a ak nemá bydlisko, súd, v ktorého obvode sa zdržuje. Podľa ust. § 250d ods.2 O.s.p. ak predseda senátu zistí, že súd nie je vecne alebo miestne príslušný, postúpi vec uznesením príslušnému súdu. S poukazom na citované zákonné ustanovenia a zistený stav veci súd skúmal svoju miestnu príslušnosť na konanie. Z vyššie opísaného skutkového stavu súd zistil, ako to bolo uvedené, že navrhovateľ (ako osoba ktorej bola poskytnutá doplnková ochrana) za zdržuje na adrese U. X, Ž., kde sa zdržiaval aj v čase podania návrhu, ako to vyplýva zo samotného znenia návrhu. Na Slovensku nemá trvalé bydlisko. Mesto Žilina je preto potrebné považovať v zmysle cit. ust. § 85 ods.1 O.s.p. za miesto, kde sa navrhovateľ zdržuje. Označené mesto sa nachádza v územnom obvode Okresného súdu Žilina, ktorý je všeobecným súdom navrhovateľa. Okresný súd Žilina sa nachádza v obvode Krajského súdu v Žiline, teda na rozhodovanie o opravnom prostriedku proti rozhodnutiu vydaného v konaní o azyle (s poukazom na vyššie citované zákonné ustanovenie § 14 zák. č.371/12004 Z.z. v platnom znení) v tomto konkrétnom prípade je miestne príslušný Krajský súd v Košiciach. Preto súd rozhodol tak, ako to je uvedené vo výrokovej časti tohto uznesenia. Po právoplatnosti tohto uznesenia bude spis zaslaný miestne príslušnému Krajskému súdu v Košiciach, ktorý vec prejedná a rozhodne v jej merite. Poučenie: Proti tomuto uzneseniu odvolanie nie je prípustné.</w:t>
      </w:r>
    </w:p>
    <w:p/>
    <w:p>
      <w:r>
        <w:t>Zdroj: KAUZIS.SK – https://www.kauzis.sk/judikatura/r/ECLI:SK:KSBA:2015:1015200168.1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