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5C/1/2015 z 22. 4. 2015</w:t>
      </w:r>
    </w:p>
    <w:p>
      <w:r>
        <w:t>Uznesenie Krajského súdu Bratislava z 22. apríla 2015, sp. zn. 5C/1/2015, ECLI:SK:KSBA:2015:1015200192.2</w:t>
      </w:r>
    </w:p>
    <w:p>
      <w:r>
        <w:t>Súd: Krajský súd Bratislava</w:t>
      </w:r>
    </w:p>
    <w:p>
      <w:r>
        <w:t>Spisová značka: 5C/1/2015</w:t>
      </w:r>
    </w:p>
    <w:p>
      <w:r>
        <w:t>ECLI: ECLI:SK:KSBA:2015:1015200192.2</w:t>
      </w:r>
    </w:p>
    <w:p>
      <w:r>
        <w:t>Dátum vydania: 22.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5C/1/2015 Identifikačné číslo súdneho spisu: 1015200192 Dátum vydania rozhodnutia: 23. 04. 2015 Meno a priezvisko sudcu, VSÚ: JUDr. Ondrej Krajčo ECLI: ECLI:SK:KSBA:2015:1015200192.2 Uznesenie Krajský súd v Bratislave v právnej veci navrhovateľky: Z. S., H.. XX. XX. XXXX, adresa na doručovanie: S.. X.. C. XX, XXX XX Š., o neúplnom podaní navrhovateľky zo dňa 27. 01. 2015, takto r o z h o d o l : Podanie navrhovateľky zo dňa 27. 01. 2015, doručené tunajšiemu súdu dňa 02. 02. 2015, o d m i e t a. o d ô v o d n e n i e : Dňa 02. 02. 2015 bolo tunajšiemu súdu doručené podanie navrhovateľky zo dňa 27. 01. 2015; označené ako návrh na súdne rozhodnutie; z ktorého podania však nebolo zrejmé, či ide o riadny návrh na začatie konania, kto má vystupovať ako účastník konania na strane odporcu a ďalej z neho nebolo možné zistiť, čoho sa ním presne domáha; keď z podania nevyplývalo, akú celkovú škodu si navrhovateľka prípadne uplatňuje; pričom navrhovateľka taktiež neuviedla rozhodujúce skutočnosti, o ktoré svoje podanie opiera, a neoznačila ani nepripojila k návrhu žiadne dôkazy na podporu svojich tvrdení. Vzhľadom na to, že podanie navrhovateľky nespĺňalo zákonom stanovené náležitosti, tunajší súd uznesením zo dňa 09. 02. 2015 č. k. 5C/1/2015-6, doručeným navrhovateľke dňa 17. 02. 2015, vyzval navrhovateľku podľa § 43 ods. 1, § 42 ods. 3 O. s. p., aby v lehote 10 dní od doručenia predmetného uznesenia opravila svoje neúplné a nesprávne podanie aj s poučením, ako treba túto opravu a doplnenie vykonať, t. j. najmä, aby riadne, určito a zrozumiteľne uviedla, čoho sa svojim podaním domáha a proti komu. Zároveň bola navrhovateľka poučená, že ak svoje podanie v stanovenej lehote nedoplní, resp. neodstráni jeho vady, tunajší súd jej podanie odmietne. Podľa § 43 ods. 1 O. s. p., sudca alebo poverený zamestnanec súdu uznesením vyzve účastníka, aby nesprávne, neúplné alebo nezrozumiteľné podanie doplnil alebo opravil v lehote, ktorú určí, ktorá nemôže byť kratšia ako desať dní. V uznesení uvedie, ako treba opravu alebo doplnenie vykonať. Ak ide o podanie, ktoré by mohlo byť podľa svojho obsahu návrhom na začatie konania, odošle súd uznesenie do 60 dní od doručenia takéhoto podania. Podľa § 43 ods. 2 O. s. p., ak účastník v lehote podľa odseku 1 podanie neopraví alebo nedoplní a pre uvedený nedostatok nemožno v konaní pokračovať, súd odmietne podanie, ktoré by mohlo byť podľa svojho obsahu návrhom na začatie konania. Ak bolo podanie doplnené alebo opravené v celom rozsahu v súlade s uznesením podľa odseku 1 najneskôr do uplynutia lehoty na podanie odvolania proti uzneseniu o odmietnutí podania, o odvolaní proti tomuto uzneseniu môže podľa § 210a rozhodnúť súd, ktorý ho vydal. Vzhľadom na to, že navrhovateľka nedoplnila svoje podanie, ani neodstránila jeho vady v súdom určenej lehote, a to napriek tomu, že bola na jeho doplnenie, resp. odstránenie vád vyzvaná kvalifikovanou výzvou súdu; uskutočnenou uznesením zo dňa 28. 08. 2014 č. k. 5C/7/2014-3; a bola zároveň poučená aj o následkoch nesplnenia si tejto povinnosti, t. j. o možnosti odmietnutia jej podania, nebolo možné v predmetnom konaní pre vyššie uvedené nedostatky podania pokračovať, a preto tunajší súd podanie navrhovateľky, ktoré by mohlo byť podľa svojho obsahu návrhom na začatie konania, podľa § 43 ods. 2 vety prvej O. s. p. odmietol. Poučenie: Proti tomuto rozhodnutiu j e p r í p u s t n é odvolanie v lehote 15 dní (§ 204 ods. 1, 2 O. s. p.) odo dňa jeho doručenia, v dvoch vyhotoveniach prostredníctvom tunajšieho súdu na Najvyšší súd SR. V odvolaní sa má popri všeobecných náležitostiach (§ 42 ods. 3 O. s. 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https://www.kauzis.sk/judikatura/r/ECLI:SK:KSBA:2015:1015200192.2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