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6S/37/2015 z 9. 4. 2015</w:t>
      </w:r>
    </w:p>
    <w:p>
      <w:r>
        <w:t>Uznesenie Krajského súdu Bratislava z 9. apríla 2015, sp. zn. 6S/37/2015, ECLI:SK:KSBA:2015:1015200256.1</w:t>
      </w:r>
    </w:p>
    <w:p>
      <w:r>
        <w:t>Súd: Krajský súd Bratislava</w:t>
      </w:r>
    </w:p>
    <w:p>
      <w:r>
        <w:t>Spisová značka: 6S/37/2015</w:t>
      </w:r>
    </w:p>
    <w:p>
      <w:r>
        <w:t>ECLI: ECLI:SK:KSBA:2015:1015200256.1</w:t>
      </w:r>
    </w:p>
    <w:p>
      <w:r>
        <w:t>Dátum vydania: 9. 4.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6S/37/2015 Identifikačné číslo súdneho spisu: 1015200256 Dátum vydania rozhodnutia: 10. 04. 2015 Meno a priezvisko sudcu, VSÚ: JUDr. Soňa Langová ECLI: ECLI:SK:KSBA:2015:1015200256.1 Uznesenie Krajský súd v Bratislave v právnej veci žalobcu: I.. I. B., bytom Č.V. Č.. XXXX/XA, XXX XX K. Y., právne zastúpený: JUDr. Michal Treščák, ml., advokát so sídlom Slovenskej jednoty č. 8, 040 01 Košice, proti žalovanému: Krajské riaditeľstvo Policajného zboru v Bratislave, Krajský dopravný inšpektorát, so sídlom Špitálska 14, 812 28 Bratislava, o preskúmanie zákonnosti rozhodnutia personálneho rozkazy č. KRPZ- BA-KDI21-204/2014-P zo dňa 17.12.2014, jednohlasne, takto r o z h o d o l : Krajský súd v Bratislave konanie z a s t a v u j e . Žiaden z účastníkov nemá právo na náhradu trov konania. o d ô v o d n e n i e : Žalobou podanou na Krajskom súde v Bratislave dňa 12.2.2015 sa žalobca domáhal preskúmania zákonnosti rozhodnutia žalovaného č. KRPZ-BA-KDI21-204/2014-P zo dňa 17.12.2014, ktorým žalovaný rozhodnutie Okresného dopravného inšpektorátu Okresného riaditeľstva PZ v Senci o priestupku č. ORP-P-575/SC-ODI2-2014 zo dňa 8.10.2014 potvrdil a odvolanie žalobcu zamietol. Pred rozhodnutím vo veci samej žalobca svojím podaním doručeným súdu dňa 13.3.2015 oznámil, že berie svoju žalobu v celom rozsahu späť, nakoľko s ohľadom na dobu trvania sankcie už môže požiadať o vrátenie vodičského preukazu, ktorý mu bol zadržaný. Podľa ustanovenia § 250h ods. 2 O.s.p. až do rozhodnutia súdu môže žalobca vziať žalobu späť; ak žalovanému medzitým vznikli trovy konania, rozhodne súd o ich náhrade. Podľa ustanovenia § 250d ods. 3 O.s.p. súd uznesením konanie zastaví aj vtedy, ak žaloba bola vzatá späť (§ 250h ods. 2 O.s.p.). Nakoľko žalobca vzal späť žalobu pred rozhodnutím veci, súd v súlade s ustanovením § 250d ods. 3 O.s.p. konanie zastavil. O náhrade trov konania súd rozhodol podľa § 146 ods. 1 písm. c) O.s.p. s použitím ustanovenia § 246c O.s.p. tak, že žiaden z účastníkov nemá právo na náhradu trov konania, nakoľko konanie vo veci bolo zastavené. Toto rozhodnutie senát Krajského súdu v Bratislave prijal pomerom hlasov 3:0 (§ 3 ods. 9 zákona č. 757/2004 Z.z. v znení zákona č. 33/2011). Poučenie: Proti tomuto uzneseniu možno podať odvolanie do 15 dní odo dňa jeho doručenia, na Krajský súd v Bratislave. V odvolaní sa má popri všeobecných náležitostiach (§ 42 ods. 3 O.s.p.) uviesť, proti ktorému rozhodnutiu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https://www.kauzis.sk/judikatura/r/ECLI:SK:KSBA:2015:1015200256.1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