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9Sp/12/2015 z 13. 10. 2015</w:t>
      </w:r>
    </w:p>
    <w:p>
      <w:r>
        <w:t>Uznesenie Krajského súdu Bratislava z 13. októbra 2015, sp. zn. 9Sp/12/2015, ECLI:SK:KSBA:2015:1015200303.1</w:t>
      </w:r>
    </w:p>
    <w:p>
      <w:r>
        <w:t>Súd: Krajský súd Bratislava</w:t>
      </w:r>
    </w:p>
    <w:p>
      <w:r>
        <w:t>Spisová značka: 9Sp/12/2015</w:t>
      </w:r>
    </w:p>
    <w:p>
      <w:r>
        <w:t>ECLI: ECLI:SK:KSBA:2015:1015200303.1</w:t>
      </w:r>
    </w:p>
    <w:p>
      <w:r>
        <w:t>Dátum vydania: 13.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9Sp/12/2015 Identifikačné číslo súdneho spisu: 1015200303 Dátum vydania rozhodnutia: 14. 10. 2015 Meno a priezvisko sudcu, VSÚ: JUDr. Beata Jurgošová ECLI: ECLI:SK:KSBA:2015:1015200303.1 Uznesenie Krajský súd v Bratislave v právnej veci navrhovateľky: K.. Y. V., L. X, XXX XX F., proti odporcovi: Centrum právnej pomoci, Kancelária Bratislava, Námestie slobody 12, 810 05 Bratislava 15, o preskúmanie zákonnosti rozhodnutia odporcu sp. zn. 1882/2015 - KaBA (8626/2013), ČRZ: 4296/2015 zo dňa 22.01.2015 a sp. zn. 2199/2015 - KaBA (9070/2013), ČRZ: 4238/2015 zo dňa 22.01.2015, takto r o z h o d o l : Súd konania vedené na tunajšom súde pod sp. zn. 9Sp/12/2015 a sp. zn. 9Sp/31/2015 z a s t a v u j e . Žiaden z účastníkov nemá právo na náhradu trov konania. o d ô v o d n e n i e : Navrhovateľka svojím návrhom zo dňa 06.02.2015 žiadala preskúmať rozhodnutia odporcu sp. zn. 1882/2015 - KaBA (8626/2013), ČRZ: 4296/2015 zo dňa 22.01.2015 a sp. zn. 2199/2015 - KaBA (9070/2013), ČRZ: 4238/2015 zo dňa 22.01.2015, ktorými jej bol odňatý nárok na poskytnutie právnej pomoci z dôvodu, že nevyhovela výzve a v stanovenej lehote nepredložila nevyhnutné doklady na posúdenie trvania nároku na poskytovanie právnej pomoci. V podaní doručenom tunajšiemu súdu dňa 16.04.2015 navrhovateľka oznámila, že nežiada o preskúmanie zákonnosti rozhodnutia, ani žiaden návrh nepodala. Podanie označila ako odpoveď na výzvu zo dňa 27.03.2015, 9Sp/12/2015-12, prílohou ktorého bolo späťvzatie návrhu na začatie konania sp. zn. 9Sp/12/2015-6, Črz: 18105/15 zo dňa 18.03.2015, podaný dňa 23.03.2015, späťvzatie návrhu na začatie konania sp. zn. 9Sp/12/2015-6, Črz: 17917/2015 zo dňa 18.03.2015, podaný dňa 23.03.2015, potvrdenie Sociálnej poisťovne - ústredie o výplate dôchodkových dávok a odvolanie proti rozhodnutiu odporcu zo dňa 06.02.2015. Tunajší súd ju výzvou zo dňa 22.04.2015 a urgenciou zo dňa 02.09.2015 vyzval, aby upresnila, či trvá na svojom návrhu zo dňa 06.02.2015 (odvolaní proti rozhodnutiu odporcu sp. zn. 1882/2015 - KaBA (8626/2013), ČRZ: 4296/2015 zo dňa 22.01.2015 a odvolaní proti rozhodnutiu odporcu sp. zn. 2199/2015 - KaBA (9070/2013), ČRZ: 4238/2015 zo dňa 22.01.2015) alebo podanie zo dňa 15.04.2015 je späťvzatím návrhu zo dňa 06.02.2015 a žiada konania vedené na tunajšom súde pod sp. zn. 9Sp/12/2015 a 9Sp/31/2015 zastaviť. Navrhovateľka reagovala dňa 14.09.2015 elektronickým podaním, ktorým oznámila, že žiada konanie zastaviť, návrh nepodávala. Súd podľa § 250d ods. 3 v spojení s § 250h ods. 2 a § 250l ods. 2 O.s.p. konania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https://www.kauzis.sk/judikatura/r/ECLI:SK:KSBA:2015:1015200303.1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