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9Sp/13/2015 z 4. 3. 2015</w:t>
      </w:r>
    </w:p>
    <w:p>
      <w:r>
        <w:t>Rozsudok Krajského súdu Bratislava z 4. marca 2015, sp. zn. 9Sp/13/2015, ECLI:SK:KSBA:2015:1015200324.1</w:t>
      </w:r>
    </w:p>
    <w:p>
      <w:r>
        <w:t>Súd: Krajský súd Bratislava</w:t>
      </w:r>
    </w:p>
    <w:p>
      <w:r>
        <w:t>Spisová značka: 9Sp/13/2015</w:t>
      </w:r>
    </w:p>
    <w:p>
      <w:r>
        <w:t>ECLI: ECLI:SK:KSBA:2015:1015200324.1</w:t>
      </w:r>
    </w:p>
    <w:p>
      <w:r>
        <w:t>Dátum vydania: 4. 3. 2015</w:t>
      </w:r>
    </w:p>
    <w:p>
      <w:r>
        <w:t>Forma: Rozsudok</w:t>
      </w:r>
    </w:p>
    <w:p>
      <w:r>
        <w:t>Oblasť práva: Správne právo</w:t>
      </w:r>
    </w:p>
    <w:p>
      <w:pPr>
        <w:pStyle w:val="Heading2"/>
      </w:pPr>
      <w:r>
        <w:t>Text rozhodnutia</w:t>
      </w:r>
    </w:p>
    <w:p>
      <w:r>
        <w:t>Súd: Krajský súd Bratislava Spisová značka: 9Sp/13/2015 Identifikačné číslo súdneho spisu: 1015200324 Dátum vydania rozhodnutia: 05. 03. 2015 Meno a priezvisko sudcu, VSÚ: JUDr. Beata Jurgošová ECLI: ECLI:SK:KSBA:2015:1015200324.1 ROZSUDOK V MENE SLOVENSKEJ REPUBLIKY Krajský súd v Bratislave v konaní pred sudkyňou JUDr. Beátou Jurgošovou v právnej veci navrhovateľa: M. H., K.. XX.X.XXXX, Š. V.Í. K. Y., zastúpeného Mgr. Jarmilou Vargovou, advokátkou, Brečtanová 21,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 BA6-15-052/2015-AV zo dňa 04.02.2015, takto r o z h o d o l : Krajský súd v Bratislave rozhodnutie odporcu č.: PPZ-HCP-BA6-15-052/2015-AV zo dňa 4.2.2015 p o t v r d z u j e. Účastníkom súd právo na náhradu trov konania nepriznáva. o d ô v o d n e n i e : Odporca predložil na Krajský súd v Bratislave dňa 25.02.2015 právnym zástupcom navrhovateľa podaný opravný prostriedok zo dňa 19.2.2015 proti jeho rozhodnutiu č. PPZ-HCP-BA6-15-052/2015- AV vydanom dňa 04.02.2015, ktorým bola predĺžená lehota navrhovateľovho zaistenia v súlade s § 88 ods. 4 zákona č. 404/2011 Z. z. o pobyte cudzincov a to dňom 04.02.2015 do 03.08.2015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predĺžení lehoty navrhovateľovho zaistenia podľa § 88 ods. 4 zákona o pobyte cudzincov a to do 03.08.2015. V odôvodnení rozhodnutia sa uvádza, že navrhovateľ bol právoplatným trestným rozkazom vydaným Okresným súdom Bratislava I pod číslom konania OT/3/2014 zo dňa 13.1.2014 odsúdený za prečin marenia výkonu úradného rozhodnutia podľa § 348 ods. 1 písm. c) Trestného zákona k trestu vyhostenia z územia Slovenskej republiky na dobu troch rokov. Trestný rozkaz nadobudol právoplatnosť dňa 13.1.2014. Na základe uvedených skutočností bol dňa 9.2.2014 navrhovateľ predvedený na správny orgán v súvislosti s konaním vo veci zaistenia podľa § 88 zákona o pobyte cudzincov. Dňa 9.2.2014 správny orgán (odporca) rozhodol o zaistení navrhovateľa rozhodnutím vedeným pod číslom písomnosti PPZ-HCP-BA6-39-011/2014-AV/SUT zo dňa 9.2.2014 podľa § 88 ods. 1 písm. b) zákona o pobyte cudzincov do 9.8.2014. Počas celej doby zaistenia navrhovateľa správny orgán skúmal, či trvajú dôvody jeho zaistenia a za tým účelom dňa 6.8.2014 vykonal previerku v Útvare policajného zaistenia pre cudzincov Medveďov a zistil, že do tohto dňa sa nepodarilo zabezpečiť pre navrhovateľa cestovný doklad a to napriek tomu, že pracovníci Útvaru policajného zaistenia pre cudzincov Medveďov opakovane požiadali o vydanie náhradného cestovného dokladu dňa 10.2.2014. Následne dňa 24.3.2014 MZV SR oznámilo, že ich žiadosť postúpilo Veľvyslanectvu Nigerskej republiky v Berlíne. Opakovane Útvar policajného zaistenia pre cudzincov Medveďov dňa 17.7.2014 urgoval svoju žiadosť o vystavenie náhradného cestovného dokladu pre navrhovateľa. Následne Útvaru policajného zaistenia pre cudzincov Medveďov boli doručené verbálne nóty Veľvyslanectva Nigerskej republiky, z ktorých vyplynulo, že Veľvyslanectvo Nigerskej republiky akceptuje žiadosť a postúpilo ho na kompetentné orgány Nigerskej republiky. Na základe uvedených skutočností bolo navrhovateľovi vydané rozhodnutie o predĺžení lehoty zaistenia zo dňa 6.8.2014, ktorým bola stanovená lehota zaistenia do 5.2.2015. Dňa 4.2.2015 na správny orgán bola z Útvaru policajného zaistenia pre cudzincov Medveďov doručená žiadosť o predĺženie lehoty zaistenia účastníka konania zaprotokolovaná pod číslom PPZ-HCP-BA6-15-049/2015/AV, v ktorej boli uvedené vykonané úkony smerujúce k zabezpečeniu vyhostenia účastníka konania, a to dňa 28.1.2015 bola odovzdaná na Konzulárnom odbore Ministerstva zahraničných vecí a európskych záležitostí v Bratislave urgencia vo veci vystavenia náhradného cestovného dokladu pre navrhovateľa. Splnomocnená osoba navrhovateľa bola vyzvaná, aby sa vyjadrila k ďalšiemu priebehu konania, bol jej predložený administratívny spis, vrátane jeho vyjadrení, dôkazov a poučení správnym orgánom a zároveň jej bola poskytnutá možnosť vyjadriť sa k prebiehajúcemu konaniu, k jeho podkladom, spôsobu ich zistenia a navrhnúť doplnenie podkladov. Splnomocnená osoba uviedla, že účel zaistenia zanikol z dôvodu, že nie je predpoklad vyhostenia navrhovateľa. Odporca v rozhodnutí ďalej konštatuje, že nie je možné v danom prípade postupovať podľa § 89 ods. 1 písmeno a), b) zákona o pobyte cudzincov, nakoľko nekoná vo veci administratívneho vyhostenia navrhovateľa, ale koná vo veci zaistenia podľa § 88 ods.1 písm. b) zákona o pobyte cudzincov na účel zabezpečenia výkonu trestu vyhostenia účastníka konania, za ktorý bol právoplatne odsúdený. Poukázal aj na to, že v prípade navrhovateľa je potrebné zabezpečiť výkon trestu vyhostenia formou zaistenia podľa § 88 ods. 1 písm. b) zákona o pobyte cudzincov, nakoľko navrhovateľovi v minulosti bolo umožnené dobrovoľné opustenie Slovenskej republiky a bol mu určený zákaz vstupu na územie Slovenskej republiky, čo však navrhovateľ nerešpektoval a zotrval na území Slovenskej republiky. V prípade, ak by nebolo rozhodnuté o predĺžení lehoty zaistenia navrhovateľa, tento by mal možnosť zdržiavať sa na neznámom mieste a bola by minimálna šanca na zabezpečenie dodržiavania všeobecne záväzných právnych predpisov platných na území členských štátov schengenského priestoru z jeho strany. Navrhovateľovi by bola daná možnosť ďalej sa zdržiavať na území členských štátov schengenského priestoru bez potrebného oprávnenia. Odporca poukázal na to, že presnú dobu zaistenia navrhovateľa nie je možné predbežne presne určiť, dĺžka zaistenia závisí od množstva faktorov medzi ktoré patrí komunikácia so štátnymi orgánmi Nigerskej republiky, nepredvídateľné zhoršenie zdravotného stavu navrhovateľa, vybavovanie prostriedkov na zabezpečenie jeho prevozu na územie Nigerskej republiky, vybavenie všetkých náležitostí potrebných na dodržanie postupu, ktoré upravujú medzinárodné dohody, ktorými sú obe krajiny signátormi. Záverom odporca uviedol, že zaistenie navrhovateľa je plne v súlade s článkom 5 ods. 1 Dohovoru o ochrane ľudských práv a slobôd. Proti tomuto rozhodnutiu podal navrhovateľ v zákonnej lehote prostredníctvom právnej zástupkyne opravný prostriedok, v ktorom žiadal, aby súd rozhodnutie zrušil, vec vrátil odporcovi na ďalšie konanie a zároveň nariadil jeho prepustenie zo zaistenia. Opravný prostriedok odôvodnil tým, že v konaní správneho orgánu bola zistená taká vada, ktorá mohla mať vplyv na zákonnosť rozhodnutia a tiež namietal, že rozhodnutie je v rozpore s obsahom spisov. Poukázal na to, že pre skúmanie trvania účelu zaistenia podľa § 90 ods. 1 zákona o pobyte cudzincov, je potrebné opakovane posúdiť skutočnosti, ktoré majú odôvodňovať zaistenie, ako aj skutočnosť, či neexistuje predpoklad, že v budúcnosti nebude možné realizovať jeho vyhostenie. Uviedol, že je v zaistení už 13. mesiac, pokiaľ by došlo k vyčerpaniu celého obdobia zaistenia, táto doba by dosiahla najvyššiu prípustnú hranicu 18 mesiacov. Odporca počas doby zaistenia vykonal len neúspešné dopyty na zastupiteľský úrad Nigerskej republiky za účelom vydania cestovného dokladu. Opakované dopyty, podľa jeho názoru nebudú úspešné, sú iba formálnym úkonom s cieľom len formálne odôvodniť predĺženie zaistenia cudzinca. Neexistuje predpoklad, že by bolo realizované vyhostenie, pretože odporca nemá iné možnosti, ako tie, ktoré už opakovane využil na získanie cestovného dokladu pre cudzinca. Ak by mal možnosť využiť iné prostriedky, prečo tak neurobil doposiaľ. Mal za to, že účel zaistenia zanikol z dôvodu, že navrhovateľ nesmie byť viac držaný v zaistení a mal by byť v súlade s § 90 zákona o pobyte cudzincov prepustený. Preto považuje rozhodnutie odporcu za nesprávne, najmä z dôvodu inej vady a rozporu s obsahom spisu. K podanému opravnému prostriedku sa písomne vyjadril odporca spolu s predložením administratívneho spisu a uviedol, že námietky uvedené v opravnom prostriedku nevychádzajú zo skutkového stavu veci a nekorešpondujú s jeho zisteniami. Napadnuté rozhodnutie považuje za obsahovo zrozumiteľne vydané v súlade so všeobecne záväznými právnymi normami platnými na území Slovenskej republiky, ako aj medzinárodnými zmluvami a dohovormi, ktorými je Slovenská republika viazaná. Opravný prostriedok neobsahuje žiadne nové dôkazy alebo skutočnosti, ktoré by mohli viesť k zrušeniu rozhodnutia. Uviedol, že dňa 4.2.2015 Útvar policajného zaistenia Medveďov žiadal o predĺženie lehoty zaistenia, pričom v písomnosti zaprotokolovanej pod číslom PPZ-HCP-BA6-15-049/2015-AV boli uvedené všetky vykonané úkony smerujúce k vyhosteniu. Na základe žiadosti opätovne zaistil navrhovateľa napadnutým rozhodnutím. Má za to, že počas tejto lehoty sa podarí zrealizovať vyhostenie navrhovateľa. Poukázal na to, že lehota zaistenia ako aj lehota predĺženia zaistenia je v súlade so zákonom o pobyte cudzincov. V súčasnej dobe, je potrebné zotrvanie navrhovateľa v Útvare policajného zaistenia pre cudzincov Medveďov, nakoľko jeho prepustením zo zaistenia by došlo k zmareniu sledovaného cieľa a to navrhovateľovho vyhostenia z územia Slovenskej republiky, ktoré nariadil súd. Z obsahu pripojeného administratívneho spisu súd zistil, že dňa 09.02.2014 bol navrhovateľ rozhodnutím odporcu č. PPZ-HCP-BA6-39-011/2014-AV/SUT v zmysle § 88 ods. 1 písm. b) zákona o pobyte cudzincov zaistený a následne umiestnený v Útvare policajného zaistenia pre cudzincov Medveďov so stanovením dĺžky doby zaistenia do 09.08.2014. V odôvodnení tohto rozhodnutia sa uvádza, že príslušný správny orgán vydal pod č.p. UHCP-211-5/RHCP-BA-OCP-AV-2009 dňa 11.09.2009 rozhodnutie o administratívnom vyhostení navrhovateľa z územia Slovenskej republiky s určením mu zákazu vstupu na územie Slovenska do 11.09.2014. Dňa 13.01.2014 Okresný súd Bratislava 1 vydal trestný rozkaz pod číslom konania 0T/3/2014, ktorým bol navrhovateľ odsúdený za prečin marenia výkonu úradného rozhodnutia podľa § 348 ods. 1 písm. c) Trestného zákona a bol mu uložený trest vyhostenia z územia Slovenskej republiky na dobu 3 roky. Tento trestný rozkaz nadobudol právoplatnosť dňa 13.01.2014 a následne dňa 09.02.2014 bol navrhovateľ predvedený na Oddelenie cudzineckej polície Policajného zboru Bratislava, kde bola spísaná zápisnica o podaní vyjadrenia navrhovateľa, v ktorej uviedol, že nevedel o skutočnosti, že jeho vyhostenie ešte trvá, nakoľko jeho právny zástupca mu uviedol, že vyhostenie z územia Slovenskej republiky je len v trvaní dvoch rokov a z tohto dôvodu sa vrátil na územie Slovenskej republiky. Administratívny spis odporcu obsahuje rozhodnutie o zaistení navrhovateľa vydané odporcom dňa 09.02.2014, eskortovanie navrhovateľa do Útvaru policajného zaistenia pre cudzincov Medveďov, žiadosť o vydanie náhradného cestovného dokladu pre navrhovateľa adresovanú 11.02.2014 Ministerstvu zahraničných vecí a európskych záležitostí Slovenskej republiky, odpoveď Ministerstva zahraničných vecí a európskych záležitostí Slovenskej republiky Útvaru pre zaistenie cudzincov Medveďov zo dňa 24.03.2014 o tom, že Veľvyslanectvo Nigerskej republiky ich informovalo o postúpení žiadosti o vystavenie náhradného cestovného dokladu pre navrhovateľa kompetentným Nigerským úradom. Dňa 17.07.2014 Útvar policajného zaistenia pre cudzincov Medveďov urgoval svoju žiadosť o vystavenie náhradného cestovného dokladu navrhovateľovi. Dňa 06.08.2014 bolo vydané rozhodnutie o predĺžení lehoty zaistenia účastníka konania dňom 06.08.2014 o 13.00 hod. do 05.02.2015 a ponechaní ho umiestneného v zariadení Útvaru policajného zaistenia pre cudzincov Medveďov. Dňa 22.08.2014 navrhovateľ v zastúpení právnou zástupkyňou podal opravný prostriedok proti rozhodnutiu o zaistení. Dňa 9.9.2014 bolo Krajským súdom v Bratislave vydaný rozsudok, ktorým bolo potvrdené rozhodnutie odporcu zo dňa 6.8.2014. Dňa 16.12.2014 ÚPZC Medveďov zaslal odporcovi prípis o poskytnutí informácií ohľadom spisového materiálu navrhovateľa, z ktorého okrem už vyššie uvedených informácii vyplýva, že dňa 25.7.2014 bolo oslovené Veľvyslanectvo Nigerskej republiky v Berlíne prostredníctvom Veľvyslanectva Slovenskej republiky v Berlíne. Dňa 3.11.2014 bola poslaná žiadosť o vystavenie náhradného cestovného dokladu pre navrhovateľa priamo na Veľvyslanectvo Nigerskej republiky v Berlíne. Medzitým v dňoch 8.8.2014, 2.9.2014 a 3.10.2014 bol vykonaný telefonický pohovor s vedúcim Konzulárneho odboru Ministerstva zahraničných vecí a európskych záležitostí v Bratislave, ktorý oznámil, že Zastupiteľský úrad Nigerskej republiky nereagoval na žiadosť. Dňa 03.02.2015 je datovaná žiadosť Útvaru policajného zaistenia pre cudzincov Medveďov o predĺženie lehoty zaistenia navrhovateľa, z ktorého obsahu vyplýva, že je potrebná ďalšia doba na vybavenie potrebných náležitostí súvisiacich s výkonom vyhostenia navrhovateľa, hlavne vybavenia cestovného dokladu. Dňa 04.02.2015 bola so splnomocnenou osobou spísaná zápisnica o podaní vyjadrenia, v ktorej mala splnomocnená osoba možnosť vyjadriť sa k priebehu konania a predložiť nové skutočnosti a dôkazy. Následne odporca pristúpil k vydaniu preskúmavaného rozhodnutia o predĺžení lehoty zaistenia, voči ktorému podal navrhovateľ v zastúpení právnou zástupkyňou (pripojené plnomocenstvo) v zákonnej lehote opravný prostriedok. Krajský súd v Bratislave ako súd vecne a mieste príslušný na konanie preskúmal rozhodnutie odporcu v rozsahu dôvodov podaného opravného prostriedku navrhovateľa ako aj konanie, ktoré vydaniu rozhodnutia predchádzalo na nariadenom pojednávaní konanom dňa 5.3.2015,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Na nariadenom pojednávaní právna zástupkyňa navrhovateľa uviedla, že navrhovateľ by mal byť prepustený, z dôvodu zániku určenia zaistenia podľa § 90 ods. 1 písm. d) zákona o pobyte cudzincov. Mala za to, že navrhovateľ je z dôvodu nemožnosti získania náhradného cestovného dokladu nevyhostiteľný. Odporca mal dostatok času na zabezpečenie cestovného dokladu, avšak doteraz sa tak nestalo, navrhovateľ je zaistený 13 mesiacov. Mala za to, že navrhovateľ by mal byť bezodkladne prepustený. Navrhla napadnuté rozhodnutie zrušiť a vec vrátiť na ďalšie konanie. Súd preskúmal napadnuté rozhodnutie odporcu, pričom vychádzal z jednotlivých námietok uvedených v opravnom prostriedku navrhovateľa a musí konštatovať, že preskúmavané rozhodnutie je vecne správne a navrhovateľom podané námietky proti nemu uvedené v jeho opravnom prostriedku nie sú dôvodné. Pokiaľ ide o námietku, že napadnuté rozhodnutie je v rozpore s obsahom spisu, súd poukazuje na ustanovenie § 88 ods. 4 zákona o pobyte cudzincov, z ktorého vyplýva, že policajný útvar môže rozhodnúť o predĺžení lehoty zaistenia najviac o dvanásť mesiacov, z ktorého nevyplýva obmedzenie predlžovať lehotu jedenkrát alebo viackrát, ale len časové obmedzenie spočívajúce v tom, že táto lehota môže byť predĺžená najviac o 12 mesiacov. Tvrdenie navrhovateľa, že nie je možné opakovane predlžovať túto lehotu nie je ničím podložené, nakoľko z uvedeného ustanovenia vyplýva pre orgány polície len časové obmedzenie dvanástich mesiacov, spočívajúce v maximálnej dĺžke lehoty počas ktorej môže byť u cudzinca predĺžené zaistenie. K námietke, že správne orgány za účelom vydania cestovného dokladu vykonávali len formálne úkony, súd poukazuje na to, že samotné úkony správneho orgánu nemôžu byť rozhodujúcim kritériom pri posudzovaní efektívnosti a účelnosti zaistenia navrhovateľa. Z obsahu administratívneho spisu je preukázané, že Útvar policajného zaistenia pre cudzincov Medveďov vykonal viacero úkonov v súvislosti s vystavením náhradného cestovného dokladu navrhovateľovi. Žiadosť o vydanie náhradného cestovného dokladu prostredníctvom Ministerstva zahraničných vecí Slovenskej republiky pre štátne orgány Nigerskej republiky, bola postúpená kompetentným orgánom Nigerskej republiky. Napadnuté rozhodnutie obsahuje uvedenie úkonov, ktoré uskutočnil Útvar policajného zaistenia pre cudzincov Medveďov ako kompetentný orgán konajúci v prípade u neho umiestneného zaisteného štátneho príslušníka tretej krajiny. Dňa 4.2.2015 bola z Útvaru policajného zaistenia pre cudzincov Medveďov doručená Riaditeľstvu hraničnej a cudzineckej polície Bratislava, Oddelenie cudzineckej polície PZ žiadosť o predĺženie lehoty zaistenia navrhovateľa, v ktorej boli uvedené vykonané úkony smerujúce k zabezpečeniu vyhostenia navrhovateľa. Útvar policajného zaistenia pre cudzincov Medveďov dňa 10.2.2014 vypracoval a dňa 11.2.2014 zaslal Ministerstvu zahraničných vecí a európskych záležitostí Slovenskej republiky žiadosť o vystavenie náhradného cestovného dokladu pre navrhovateľa. Konzulárny odbor Ministerstva zahraničných vecí a európskych záležitostí Slovenskej republiky nótou 3065/2014 - KONZ zo dňa 24.2.2014 požiadal Veľvyslanectvo Nigerskej Republiky v Berlíne o vystavenie náhradného cestovného dokladu pre navrhovateľa. Veľvyslanectvo Nigerskej republiky postúpilo žiadosť kompetentným nigerským úradom. Uvedenú žiadosť urgoval dňa 17.7.2014. Dňa 3.11.2014 zaslal žiadosť o vystavenie náhradného cestovného dokladu pre navrhovateľa priamo na Veľvyslanectvo Nigerskej republiky v Berlíne. Dňa 28.1.2015 bola na konzulárnom odbore Ministerstva zahraničných vecí a európskych záležitostí v Bratislave odovzdaná urgencia vo veci vystavenia náhradného cestovného dokladu pre navrhovateľa. Odporca zdôvodnil rozhodnutie o predĺžení lehoty zaistenia tým, že zastupiteľský úrad nevydal náhradný cestovný doklad počas lehoty zaistenia navrhovateľa. K námietke navrhovateľa, že účel zaistenia zanikol nakoľko nie je predpoklad vyhostenia navrhovateľa, súd poukazuje na to, že správny orgán nekoná vo veci administratívneho vyhostenia navrhovateľa, ale koná vo veci zaistenia na účel zabezpečenia výkonu trestu vyhostenia navrhovateľa z územia Slovenskej republiky na dobu 3 rokov v zmysle právoplatného trestného rozkazu Okresného súdu Bratislava I. Pokiaľ existuje právoplatné a vykonateľné súdne rozhodnutie tak ako je to v tomto prípade, trvá aj účel zaistenia. Presnú dobu zaistenia navrhovateľa nie je možné presne určiť, dĺžka zaistenia závisí aj od komunikácie štátnych orgánov Slovenskej republiky so štátnymi orgánmi Nigerskej republiky. Ohľadom námietky neurčenia alternatívy zaistenia navrhovateľa v zmysle § 89 ods. 1 písmeno a), b) zákona o pobyte cudzincov - hlásenie pobytu alebo zloženie peňažnej záruky, súd konštatuje, že odporca sa vo svojom rozhodnutí o zaistení navrhovateľa zaoberal aj možnosťou využitia inštitútu hlásenia pobytu alebo zloženia peňažnej záruky, avšak tieto skutočnosti vyhodnotil negatívne a to s poukazom na vyjadrenie navrhovateľa v zápisnici o vyjadrení, kde navrhovateľ uviedol, že nemá na území Slovenskej republiky zabezpečený pobyt a nedisponuje žiadnymi finančnými prostriedkami.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https://www.kauzis.sk/judikatura/r/ECLI:SK:KSBA:2015:1015200324.1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