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10Sd/27/2015 z 18. 5. 2015</w:t>
      </w:r>
    </w:p>
    <w:p>
      <w:r>
        <w:t>Rozsudok Krajského súdu Bratislava z 18. mája 2015, sp. zn. 10Sd/27/2015, ECLI:SK:KSBA:2015:1015200355.1</w:t>
      </w:r>
    </w:p>
    <w:p>
      <w:r>
        <w:t>Súd: Krajský súd Bratislava</w:t>
      </w:r>
    </w:p>
    <w:p>
      <w:r>
        <w:t>Spisová značka: 10Sd/27/2015</w:t>
      </w:r>
    </w:p>
    <w:p>
      <w:r>
        <w:t>ECLI: ECLI:SK:KSBA:2015:1015200355.1</w:t>
      </w:r>
    </w:p>
    <w:p>
      <w:r>
        <w:t>Dátum vydania: 18. 5. 2015</w:t>
      </w:r>
    </w:p>
    <w:p>
      <w:r>
        <w:t>Forma: Rozsudok</w:t>
      </w:r>
    </w:p>
    <w:p>
      <w:r>
        <w:t>Oblasť práva: Správne právo</w:t>
      </w:r>
    </w:p>
    <w:p>
      <w:pPr>
        <w:pStyle w:val="Heading2"/>
      </w:pPr>
      <w:r>
        <w:t>Text rozhodnutia</w:t>
      </w:r>
    </w:p>
    <w:p>
      <w:r>
        <w:t>Súd: Krajský súd Bratislava Spisová značka: 10Sd/27/2015 Identifikačné číslo súdneho spisu: 1015200355 Dátum vydania rozhodnutia: 19. 05. 2015 Meno a priezvisko sudcu, VSÚ: JUDr. Beata Jurgošová ECLI: ECLI:SK:KSBA:2015:1015200355.1 ROZSUDOK V MENE SLOVENSKEJ REPUBLIKY Krajský súd v Bratislave sudkyňou JUDr. Beátou Jurgošovou v právnej veci navrhovateľa U. Q., Q. F. X, Q. proti odporkyni Sociálnej poisťovni ústredie, Ul. 29. augusta č. 8, Bratislava, o výšku invalidného dôchodku, takto r o z h o d o l : Súd rozhodnutie odporkyne č. XXX XXX XXXX X zo dňa 4. decembra 2014 p o t v r d z u j e. Účastníkom náhradu trov konania nepriznáva. o d ô v o d n e n i e : Rozhodnutím číslo XXX XXX XXXX X zo dňa 4. decembra 2014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 januára 2015 invalidný dôchodok na 401,50 eur mesačne. Navrhovateľ návrhom zo dňa 18.2.2015 žiadal preskúmať rozhodnutie číslo XXX XXX XXXX X zo dňa 4. decembra 2014 z dôvodu, že suma invalidného dôchodku mu nepostačuje na krytie základných životných nákladov. Poukazoval na svoj zlý zdravotný stav ako aj na to, že je držiteľom preukazu občana s ťažkým zdravotným postihnutím. Odporkyňa v písomnom vyjadrení zo dňa 17.2.2015 uviedla, že navrhovateľ od 28.6.2006 poberá invalidný dôchodok. Posudkový lekár sociálneho poistenia Sociálnej poisťovne, pobočka Bratislava- okolie v posudku z 28. júna 2006 uznal navrhovateľa invalidným od 28. júna 2006 s mierou poklesu schopnosti vykonávať zárobkovú činnosť 50 %. Navrhovateľ žiadosťou z 26. januára 2007 požiadal o prehodnotenie zdravotného stavu a bol uznaný lekárom Sociálnej poisťovne Bratislava-okolie v posudku z 21. marca 2007 naďalej invalidným avšak s mierou poklesu schopnosti vykonávať zárobkovú činnosť 70 % od 21. marca 2007. Ďalšou žiadosťou zo dňa 2. marca 2008 požiadal o prehodnotenie zdravotného stavu a bol uznaný posudkovým lekárom Sociálneho poisťovne Bratislava- okolie v posudku zo dňa 21. mája 2008 naďalej invalidným, avšak s mierou poklesu schopnosti vykonávať zárobkovú činnosť 75 % od 19. marca 2008. Poukázala na to, že rozhodnutím číslo XXX XXX XXXX zo dňa 25. júna 2008 mu bol invalidný dôchodok zvýšený od 1. júla 2008 na sumu 9 845 Sk mesačne. Suma invalidného dôchodku bola v súlade s predpismi o zvyšovaní dôchodkov postupne zvyšovaná a k 31.12.2014 sa invalidný dôchodok vyplácal v sume 396,90 eur mesačne. Podľa § 1 písm. e) opatrenia Ministerstva práce, sociálnych vecí a rodiny Slovenskej republiky č. 295/2014 Z.z. sa invalidný dôchodok v roku 2015 zvýšil o 4,60 eur. Napadnuté rozhodnutie číslo XXX XXX XXXX X zo dňa 4. decembra 2014 žiadala ako vecne správne potvrdiť. Súd preskúmal napadnuté rozhodnutie číslo XXX XXX XXXX X zo dňa 4. decembra 2014 podľa § 250l a nasl. O s.p., prejednal návrh navrhovateľa a dospel k záveru, že návrh nie je dôvodný. Súd vykonal dokazovanie výsluchom navrhovateľa a odporkyne, oboznámil sa s obsahom dávkového spisu odporkyne číslo XXX XXX XXXX X a s obsahom spisového materiálu a zistil tento skutkový stav. Navrhovateľ žiadosťou spísanou dňa 28.6.2006 požiadal o priznanie invalidného dôchodku od 28.6.2008. Posudkový lekár sociálnej poisťovne pobočka Bratislava-okolie v posudku zo dňa 28.6.2006 uznal navrhovateľa invalidným od 28.6.2006 s mierou poklesu schopnosti vykonávať zárobkovú činnosť 50%. Rozhodnutím číslo XXX XXX XXXX zo dňa 16. augusta 2006 bol navrhovateľovi priznaný invalidný dôchodok od 28.6.2006 v sume 4 040,- Sk mesačne, zvýšený od 1. júla 2006 na sumu 4 281,- Sk mesačne. Navrhovateľ rozhodnutie o priznaní invalidného dôchodku nenapadol opravným prostriedkom a toto rozhodnutie je právoplatné. Navrhovateľ požiadal žiadosťou zo dňa 26.1.2007 o prehodnotenie zdravotného stavu a bol uznaný posudkovým lekárom Sociálnej poisťovne Bratislava-okolie v posudku zo dňa 21.3.2007 naďalej invalidným avšak s mierou poklesu schopnosti vykonávať zárobkovú činnosť 70% od 21.3.2007. Navrhovateľ rozhodnutie číslo XXX XXX XXXX zo dňa 30. apríla 2007, ktorým mu bol od 21. marca 2007 zvýšený invalidný dôchodok na 6 125,-. Sk mesačne nenapadol opravným prostriedkom a toto rozhodnutie je právoplatné. Navrhovateľ ďalšou žiadosťou zo dňa 2.3.2008 požiadal o prehodnotenie zdravotného stavu a bol uznaný posudkovým lekárom Sociálnej poisťovne Bratislava- okolie v posudku zo dňa 21.5.2008 naďalej invalidným, avšak s mierou poklesu schopnosti vykonávať zárobkovú činnosť 75% od 19.3.2008. Navrhovateľ rozhodnutie číslo XXX XXX XXXX zo dňa 25. júna 2008, ktorým mu bola zvýšená suma invalidného dôchodku od 19. marca 2008 na 9 376,- Sk mesačne, zvýšená od 1. júla 2008 na sumu 9 845,- Sk mesačne nenapadol opravným prostriedkom a toto rozhodnutie právoplatné. Invalidný dôchodok navrhovateľa bol postupne zvyšovaný podľa osobitných predpisov o zvyšovaní dávok. Rozhodnutím číslo XXX XXX XXXX zo dňa 8. decembra 2011 odporkyňa podľa § 82 zákona č. 461/2003 Z.z. v znení neskorších predpisov navrhovateľovi zvýšila od 1. januára 2012 invalidný dôchodok na sumu 379,00 eur mesačne. Rozhodnutím číslo XXX XXX XXXX zo dňa 6. decembra 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odporkyňa navrhovateľovi zvýšila od 1. januára 2013 invalidný dôchodok na 389,10 eur mesačne. Rozhodnutím číslo XXX XXX XXXX X zo dňa 5. decembra 2013 odporkyňa podľa § 82 zákona č. 461/2003 Z.z. o sociálnom poistení v znení neskorších predpisov a § 1 opatrenia Ministerstva práce, sociálnych vecí a rodiny Slovenskej republiky č. 329/2013 Z. z., ktorým sa ustanovuje pevná suma zvýšenia dôchodkovej dávky a percento zvýšenia úrazovej renty v roku 2014, odporkyňa navrhovateľovi zvýšila od 1. januára 2014 invalidný dôchodok na 396,90 eur mesačne. Rozhodnutím číslo XXX XXX XXXX X zo dňa 4. decembra 2014 odporkyňa podľa § 82 zákona č. 461/2003 Z.z. o sociálnom poistení v znení neskorších predpisov a § 1 opatrenia Ministerstva práce, sociálnych vecí a rodiny Slovenskej republiky č. 295/2014 Z. z., ktorým sa ustanovuje pevná suma zvýšenia dôchodkovej dávky a percento zvýšenia úrazovej renty v roku 2015, odporkyňa navrhovateľovi zvýšila od 1. januára 2015 invalidný dôchodok na 401,50 eur mesačne. Navrhovateľ na pojednávaní dňa 19.5.2015 uviedol, že trvá na návrhu. Žiadal o zvýšenie invalidného dôchodku, nakoľko zvýšenie o 4,60 eur mesačne sa mu zdá málo, pretože potrebuje opateru, doprovod, financie na oblečenie, hygienické potreby, stravu a ortopedické topánky, letné a zimné topánky. Uviedol, že nepoberá žiadny príspevok. Zástupkyňa odporkyne žiadala napadnuté rozhodnutie ako vecne správne potvrdiť. Poukázala na to, že zvýšenie invalidného dôchodku bolo vykonané na základe Opatrenia Ministerstva práce, sociálnych vecí a rodiny Slovenskej republiky č. 295/2014 Z.z., ktorým sa ustanovuje pevná suma zvýšenia dôchodkovej dávky a percento zvýšenia úrazovej renty v roku 2015. Zvýšenie bolo vykonané od 1.1.2015 na sumu 401,50 eur mesačne. K námietke navrhovateľa ohľadom dávok sociálnej pomoci uviedla, že toto spadá pod kompetenciu Úradu práce, sociálnych vecí a rodiny, ktoré je kompetentné o uvedených dávkach, resp. zdravotných pomôckach rozhodnúť. Podľa § 82 ods. 1 zákona č. 461/2003 Z.z. o sociálnom poistení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 priemernej mesačnej sumy invalidného dôchodku priznaného z dôvodu poklesu schopnosti vykonávať zárobkovú činnosť najviac o 70 %, priemernej mesačnej sumy vdovského dôchodku a vdoveckého dôchodku a od priemernej mesačnej sumy sirotského dôchodku vykázaných Sociálnou poisťovňou k 30. júnu kalendárneho roka, ktorý predchádza príslušnému kalendárnemu roku. Podľa § 82 ods. 4 písm. a) cit. zákona invalidný dôchodok priznaný z dôvodu poklesu schopnosti vykonávať zárobkovú činnosť o viac ako 70 %, invalidný dôchodok podľa § 266 a sociálny dôchodok vyplácané k 1. januáru príslušného kalendárneho roka a invalidný dôchodok priznaný z dôvodu poklesu schopnosti vykonávať zárobkovú činnosť o viac ako 70 % priznaný od 1. januára do 31. decembra príslušného kalendárneho roka sa zvyšujú podľa odseku 1 písm. a) o pevnú sumu určenú percentom, ktoré sa určí v roku 2013 ako súčet 50 % medziročného rastu spotrebiteľských cien a 50 % medziročného rastu priemernej mesačnej mzdy, z priemernej mesačnej sumy invalidného dôchodku priznaného z dôvodu poklesu schopnosti vykonávať zárobkovú činnosť o viac ako 70 %. Podľa § 1 písm. e)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4,60 eura, ak ide o invalidný dôchodok priznaný z dôvodu poklesu schopnosti vykonávať zárobkovú činnosť o viac ako 70 %, invalidný dôchodok podľa § 266 zákona a sociálny dôchodok. Navrhovateľovi rozhodnutím číslo XXX XXX XXXX zo dňa 25. júna 2008 bola zvýšená suma invalidného dôchodku od 19. marca 2008 na 9 376,- Sk mesačne, ďalej zvýšená od 1. júla 2008 na sumu 9 845,- Sk mesačne. Invalidný dôchodok navrhovateľa bol postupne zvyšovaný podľa osobitných predpisov o zvyšovaní dávok a ku dňu 31.12.2011 navrhovateľ poberal invalidný dôchodok v sume 366,80 eur mesačne. Ku dňu 31.12.2012 navrhovateľ poberal invalidný dôchodok v sume 379,00 eur mesačne. Rozhodnutia odporkyne a to rozhodnutie zo dňa 25. júna 2006, ktorým bol navrhovateľovi priznaný invalidný dôchodok a rozhodnutia zo dňa 30. apríla 2007 a zo dňa 25. júna 2008, ktorými bol navrhovateľovi zvýšený invalidný dôchodok, všetky vydané pod číslom XXX XXX XXXX neboli v minulosti napadnuté opravným prostriedkom a sú právoplatné. Predmetom konania v tejto veci bolo len preskúmanie zákonnosti rozhodnutia odporkyne číslo XXX XXX XXXX X zo dňa 4. decembra 2014, ktorým odporkyňa rozhodla výlučne o zvýšení invalidného dôchodku navrhovateľa od 1.1.2015. Invalidný dôchodok bol zvýšený o 4,60 eur mesačne. Pevná suma zvýšenia dôchodku sa ustanovila opatrením Ministerstva práce, sociálnych vecí a rodiny Slovenskej republiky č. 295/2014 Z.z. Podľa § 1 písm. e) opatrenia Ministerstva práce, sociálnych vecí a rodiny Slovenskej republiky č. 295/2014 Z.z. sa invalidný dôchodok v roku 2015 zvyšuje o 4,60 eur. Súd je viazaný týmto predmetom konania a nie je oprávnený v tomto konaní riešiť iné právne otázky, konkrétne námietky navrhovateľa týkajúce sa jeho zdravotného stavu a zlej sociálnej situácie. Zároveň súd upozorňuje na to, že navrhovateľ bol uznaný podľa § 71 ods. 1 zákona č. 461/2003 Z.z o sociálnom poistení v znení neskorších predpisov s mierou poklesu schopnosti vykonávať zárobkovú činnosť 75 %. S poukazom na ustanovenie § 73 ods. 1 cit. zákona, podľa ktorého sa suma invalidného dôchodku poistenca, ktorý má percentuálny pokles schopnosti vykonávať zárobkovú činnosť o viac ako 70 %,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by prípadná vyššia miera poklesu schopnosti vykonávať zárobkovú činnosť už nemala vplyv na výšku sumy invalidného dôchodku navrhovateľa. Vzhľadom na vyššie uvedené súd napadnuté rozhodnutie číslo XXX XXX XXXX X zo dňa 4. decembra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https://www.kauzis.sk/judikatura/r/ECLI:SK:KSBA:2015:1015200355.1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