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6S/63/2015 z 23. 4. 2015</w:t>
      </w:r>
    </w:p>
    <w:p>
      <w:r>
        <w:t>Uznesenie Krajského súdu Bratislava z 23. apríla 2015, sp. zn. 6S/63/2015, ECLI:SK:KSBA:2015:1015200435.1</w:t>
      </w:r>
    </w:p>
    <w:p>
      <w:r>
        <w:t>Súd: Krajský súd Bratislava</w:t>
      </w:r>
    </w:p>
    <w:p>
      <w:r>
        <w:t>Spisová značka: 6S/63/2015</w:t>
      </w:r>
    </w:p>
    <w:p>
      <w:r>
        <w:t>ECLI: ECLI:SK:KSBA:2015:1015200435.1</w:t>
      </w:r>
    </w:p>
    <w:p>
      <w:r>
        <w:t>Dátum vydania: 23.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6S/63/2015 Identifikačné číslo súdneho spisu: 1015200435 Dátum vydania rozhodnutia: 24. 04. 2015 Meno a priezvisko sudcu, VSÚ: JUDr. Judita Kokolevská ECLI: ECLI:SK:KSBA:2015:1015200435.1 Uznesenie Krajský súd v Bratislave v právnej veci žalobcu: JUDr. Miroslav Palarec, bytom K. XX/X-X, XXX XX S. C., proti žalovanému: Ministerstvo vnútra Slovenskej republiky, so sídlom Pribinova 2, 812 72 Bratislava, o preskúmanie zákonnosti rozhodnutia žalovaného č. KM-OLVS-151/2013/OPK zo dňa 22.1.2014 v spojení s oznámením č. SPOU-OSZ-38742-46/2015-VZ zo dňa 17.2.2015, jednohlasne, takto r o z h o d o l : Krajský súd v Bratislave konanie z a s t a v u j e . Žiaden z účastníkov n e m á právo na náhradu trov konania. o d ô v o d n e n i e : Žalobou doručenou Krajskému súdu v Bratislave dňa 16.3.2015 sa žalobca domáhal preskúmania rozhodnutia žalovaného č. KM-OLVS-151/2013/OPK zo dňa 22.1.2014 v spojení s oznámením č. SPOU- OSZ-38742-46/2015-VZ zo dňa 17.2.2015. Súd zistil, že žalobou doručenou na Krajský súd v Trenčíne dňa 23.4.2014 sa žalobca domáhal preskúmania tých istých rozhodnutí žalovaného. Uznesením sp. zn. 13S/95/2014 zo dňa 11.2.2015 bolo konanie postúpené na Krajský súd v Bratislave z dôvodu vecnej a miestnej príslušnosti. Na Krajskom súde v Bratislave je toto konanie vedené pod sp. zn. 1S/70/2015, pričom v tomto konaní už boli urobené prvotné úkony, vyjadril sa žalovaný a k súdnemu spisu bol pripojený administratívny spis žalovaného. Podľa § 83 O.s.p. začatie konania bráni tomu, aby o tej istej veci prebiehalo na súde iné konanie. Podľa § 104 ods. 1 veta prvá O.s.p., ak ide o taký nedostatok podmienky konania, ktorý nemožno odstrániť, súd konanie zastaví. Táto prekážka vzniká, ak je začaté konanie rovnakých účastníkov, rovnaký predmet konania a rovnaké skutkové okolnosti, od ktorých sa odvodzuje právo. Súd dospel k záveru, že konania sp. zn. 6S/63/2015 a sp. zn. 1S/70/2015 vedené na Krajskom súde v Bratislave sú konania s rovnakými účastníkmi, s totožným predmetom konania a sú tu rovnaké skutkové okolnosti. Súd preto konštatoval, že ide o prekážku litispendencie podľa § 83 O.s.p. a preto konanie 6S/63/2015 v zmysle § 104 O.s.p. zastavil.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na nesprávny a čoho sa odvolateľ domáha.</w:t>
      </w:r>
    </w:p>
    <w:p/>
    <w:p>
      <w:r>
        <w:t>Zdroj: KAUZIS.SK – https://www.kauzis.sk/judikatura/r/ECLI:SK:KSBA:2015:1015200435.1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