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1S/65/2015 z 4. 5. 2015</w:t>
      </w:r>
    </w:p>
    <w:p>
      <w:r>
        <w:t>Uznesenie Krajského súdu Bratislava z 4. mája 2015, sp. zn. 1S/65/2015, ECLI:SK:KSBA:2015:1015200438.1</w:t>
      </w:r>
    </w:p>
    <w:p>
      <w:r>
        <w:t>Súd: Krajský súd Bratislava</w:t>
      </w:r>
    </w:p>
    <w:p>
      <w:r>
        <w:t>Spisová značka: 1S/65/2015</w:t>
      </w:r>
    </w:p>
    <w:p>
      <w:r>
        <w:t>ECLI: ECLI:SK:KSBA:2015:1015200438.1</w:t>
      </w:r>
    </w:p>
    <w:p>
      <w:r>
        <w:t>Dátum vydania: 4.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1S/65/2015 Identifikačné číslo súdneho spisu: 1015200438 Dátum vydania rozhodnutia: 05. 05. 2015 Meno a priezvisko sudcu, VSÚ: JUDr. Monika Valašíková PhD. ECLI: ECLI:SK:KSBA:2015:1015200438.1 Uznesenie Krajský súd v Bratislave v právnej veci žalobcu: J.. P. J.. J. J., T. XX, XXX XX T., proti žalovanému: Krajské riaditeľstvo Policajného zboru v Banskej Bystrici, ul. 9. Mája č. 1, 974 86 Banská Bystrica, IČO: 00 735 833,o preskúmanie zákonnosti rozhodnutia žalovaného č. KRZP-BB-OKAP-8-003/2015-SI zo dňa 27.2.2015, takto r o z h o d o l : Krajský súd v Bratislave p o s t u p u j e vec Krajskému súdu v Banskej Bystrici. o d ô v o d n e n i e : Žalobou doručenou Krajskému súdu v Bratislave dňa 16.3.2015 sa žalobca domáhal preskúmania zákonnosti rozhodnutia Krajského riaditeľstva Policajného zboru v Banskej Bystrici č. KRZP-BB- OKAP-8-003/2015-SI zo dňa 27.2.2015, ktorým bolo zamietnuté jeho odvolanie proti rozhodnutiu o nesprístupnení informácií, vo veci informácií súvisiacich s disciplinárnym konaním vedeným voči žalobcovi za uložené disciplinárne previnenie podľa § 52 ods. 1 zákona č. 73/1998 Z. z. o štátnej službe príslušníkov Policajného zboru, Slovenskej informačnej služby, Zboru väzenskej a justičnej stráže Slovenskej republiky a Železničnej polície. Krajský súd v Bratislave posúdil toto podanie ako žalobu podľa druhej hlavy piatej časti O.s.p., t.j. žalobu proti právoplatnému rozhodnutiu správneho orgánu. Napadnuté rozhodnutie vydalo Krajské riaditeľstvo Policajného zboru v Banskej Bystrici so sídlom v Banskej Bystrici ako druhostupňový správny orgán. Podľa § 244 ods. 1 O.s.p. v správnom súdnictve preskúmavajú súdy na základe žalôb alebo opravných prostriedkov zákonnosť rozhodnutí a postupu orgánov verejnej správy. Podľa § 244 ods. 2 O.s.p.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„rozhodnutie a postup správneho orgánu“). Podľa § 246a ods. 1 O.s.p.,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250 ods. 1 O.s.p. účastníkmi konania sú žalobca a žalovaný. Súd aj bez návrhu uznesením priberie do konania účastníka správneho konania, ktorého práva a povinnosti by mohli byť zrušením správneho rozhodnutia dotknuté. Podľa § 250 ods. 4 O.s.p. pri rozhodnutí správneho orgánu vydaného v správnom konaní je žalovaným správny orgán, ktorý rozhodol v poslednom stupni. Podľa § 250 ods. 2 O.s.p., ak predseda senátu zistí, že súd nie je vecne alebo miestne príslušný, postúpi vec uznesením príslušnému súdu. Žalobca, domáhajúc sa preskúmania zákonnosti rozhodnutia č. KRZP-BB-OKAP-8-003/2015-SI zo dňa 27.2.2015 v žalobe nesprávne označil ako žalovaný správny orgán Ministerstvo vnútra Slovenskej republiky, pričom z pripojeného napadnutého rozhodnutia je zrejmé, že bolo vydané Krajským riaditeľstvom Policajného zboru v Banskej Bystrici, ktorý je v tomto prípade žalovaným. Miestna príslušnosť v danej veci sa preto riadi všeobecným súdom žalovaného (§ 85 ods. 2 O.s.p. s použitím § 246c ods. 1 O.s.p.), nakoľko predmetom preskúmania je rozhodnutie právnickej osoby, ktorej zákon zveruje rozhodovanie o právach a povinnostiach fyzických a právnických osôb v oblasti verejnej správy (§ 244 ods. 2 O.s.p., § 10, § 15 a § 24a zákona o právnej pomoci). Z úpravy miestnej príslušnosti je zrejmé, že miestne príslušným je zásadne súd, v ktorého obvode má sídlo správny orgán, ktorého rozhodnutie a postup sa preskúmava. Ak však ide o rozhodnutie orgánu s pôsobnosťou pre celé územie Slovenskej republiky, okrem ústredných orgánov štátnej správy, miestne príslušným je krajský súd, v ktorého obvode je všeobecný súd navrhovateľa (§ 246a ods. 1 druhá veta O.s.p.). V uvedenej veci bolo zistené, že Krajský súd v Bratislave nie je miestne príslušný na konanie o preskúmanie zákonnosti rozhodnutia a postupu správneho orgánu a vec bude po právoplatnosti tohto uznesenia postúpená Krajskému súdu v Banskej Bystrici. Poučenie: Proti tomuto uzneseniu nie je prípustné odvolanie.</w:t>
      </w:r>
    </w:p>
    <w:p/>
    <w:p>
      <w:r>
        <w:t>Zdroj: KAUZIS.SK – https://www.kauzis.sk/judikatura/r/ECLI:SK:KSBA:2015:1015200438.1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