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6S/78/2015 z 19. 4. 2015</w:t>
      </w:r>
    </w:p>
    <w:p>
      <w:r>
        <w:t>Uznesenie Krajského súdu Bratislava z 19. apríla 2015, sp. zn. 6S/78/2015, ECLI:SK:KSBA:2015:1015200513.1</w:t>
      </w:r>
    </w:p>
    <w:p>
      <w:r>
        <w:t>Súd: Krajský súd Bratislava</w:t>
      </w:r>
    </w:p>
    <w:p>
      <w:r>
        <w:t>Spisová značka: 6S/78/2015</w:t>
      </w:r>
    </w:p>
    <w:p>
      <w:r>
        <w:t>ECLI: ECLI:SK:KSBA:2015:1015200513.1</w:t>
      </w:r>
    </w:p>
    <w:p>
      <w:r>
        <w:t>Dátum vydania: 19.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6S/78/2015 Identifikačné číslo súdneho spisu: 1015200513 Dátum vydania rozhodnutia: 20. 04. 2015 Meno a priezvisko sudcu, VSÚ: JUDr. Judita Kokolevská ECLI: ECLI:SK:KSBA:2015:1015200513.1 Uznesenie Krajský súd v Bratislave v právnej veci žalobcu: TESCO STORES SR, a.s., Kamenné námestie 1/A, 815 61 Bratislava, proti žalovanému: Štátna veterinárna a potravinová správa Slovenskej republiky, Botanická 17, 842 13 Bratislava, o preskúmanie zákonnosti rozhodnutia žalovaného č. 555/2015 zo dňa 13.3.2015, takto r o z h o d o l : Krajský súd v Bratislave o d k l a d á vykonateľnosť rozhodnutia Štátnej veterinárnej a potravinovej správy Slovenskej republiky č. 555/2015 zo dňa 13.3.2015, ktorým bolo potvrdené rozhodnutie Regionálnej veterinárnej a potravinovej správy Poprad č. 3054/2014 zo dňa 29.12.2014 o uložení úhrnnej pokuty vo výške X.XXX.XXX,- €, a to až do nadobudnutia právoplatnosti rozhodnutia súdu vo veci samej. o d ô v o d n e n i e : Žalobca sa žalobou podanou Krajskému súdu v Bratislave dňa 26.3.2015 domáhal preskúmania zákonnosti rozhodnutia žalovaného č. 555/2015 zo dňa 13.3.2015, ktorým žalovaný potvrdil rozhodnutie Regionálnej veterinárnej a potravinovej správy Poprad č. 3054/2014 zo dňa 29.12.2014 o uložení úhrnnej pokuty vo výške X.XXX.XXX,- € a odvolanie žalobcu zamietol. Žalobca v podaní doručenom súdu taktiež dňa 26.3.2015 sa domáhal odkladu vykonateľnosti napadnutého rozhodnutia, nakoľko jeho výkonom mu hrozí závažná ujma. Napadnutým rozhodnutím bola uložená vysoká pokuta, ktorá je schopná ohroziť a ochromiť chod a samotný výkon podnikateľskej činnosti žalobcu. V predchádzajúcich správnych konaniach boli žalobcovi uložené rádovo nižšie pokuty. Akékoľvek nedostatky zistené v správnom konaní žalobca hneď odstraňuje a preto sa domnieva, že pri uložení tejto pokuty absentuje jej preventívny a výchovný charakter.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žalobcu k zaplateniu sumy X.XXX.XXX,- € by mohlo dôjsť k paralyzovaniu celej dodávateľskej siete potravín v Slovenskej republike je priamo naviazaný na pravidelné dodávky tovarov predovšetkým od miestnych slovenských dodávateľov, voči ktorým by sa žalobca dostal do omeškania s úhradou platieb za dodaný tovar, prípadne musel by prestať odoberať tovar, čo by malo priamy negatívny dopad aj na finančné a hospodárske postavenie týchto podnikateľských subjektov. Krajský súd v Bratislave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https://www.kauzis.sk/judikatura/r/ECLI:SK:KSBA:2015:1015200513.1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