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10Sd/38/2015 z 11. 11. 2015</w:t>
      </w:r>
    </w:p>
    <w:p>
      <w:r>
        <w:t>Uznesenie Krajského súdu Bratislava z 11. novembra 2015, sp. zn. 10Sd/38/2015, ECLI:SK:KSBA:2015:1015200587.1</w:t>
      </w:r>
    </w:p>
    <w:p>
      <w:r>
        <w:t>Súd: Krajský súd Bratislava</w:t>
      </w:r>
    </w:p>
    <w:p>
      <w:r>
        <w:t>Spisová značka: 10Sd/38/2015</w:t>
      </w:r>
    </w:p>
    <w:p>
      <w:r>
        <w:t>ECLI: ECLI:SK:KSBA:2015:1015200587.1</w:t>
      </w:r>
    </w:p>
    <w:p>
      <w:r>
        <w:t>Dátum vydania: 11.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10Sd/38/2015 Identifikačné číslo súdneho spisu: 1015200587 Dátum vydania rozhodnutia: 12. 11. 2015 Meno a priezvisko sudcu, VSÚ: JUDr. Beata Jurgošová ECLI: ECLI:SK:KSBA:2015:1015200587.1</w:t>
      </w:r>
    </w:p>
    <w:p>
      <w:r>
        <w:t>Uznesenie Krajský súd v Bratislave v právnej veci navrhovateľa: P. L., bytom Z. XXXX/X, X., proti odporkyni: Sociálnej poisťovni ústredie, Ul. 29. augusta č. 8,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25.10.2014 žiadal preskúmať rozhodnutie odporkyne číslo XXX XXX XXXX X zo dňa 29.09.2014, ktorým odporkyňa od 5. marca 2011 priznala navrhovateľovi invalidný dôchodok v sume 22,40 eur mesačne, zvýšený od 1.1.2012 na sumu 23,20 eur mesačne, zvýšený od 1.1.2013 na sumu 24,60 eur mesačne, zvýšený od 1.1.2014 na sumu 25,70 eur mesačne.</w:t>
      </w:r>
    </w:p>
    <w:p>
      <w:r>
        <w:t>Písomným prehlásením zo dňa 19.10.2015, doručeným súdu dňa 4.11.2015 navrhovateľ vzal späť návrh v celom rozsahu.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https://www.kauzis.sk/judikatura/r/ECLI:SK:KSBA:2015:1015200587.1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