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5Sd/39/2015 z 20. 12. 2015</w:t>
      </w:r>
    </w:p>
    <w:p>
      <w:r>
        <w:t>Uznesenie Krajského súdu Bratislava z 20. decembra 2015, sp. zn. 5Sd/39/2015, ECLI:SK:KSBA:2015:1015200622.1</w:t>
      </w:r>
    </w:p>
    <w:p>
      <w:r>
        <w:t>Súd: Krajský súd Bratislava</w:t>
      </w:r>
    </w:p>
    <w:p>
      <w:r>
        <w:t>Spisová značka: 5Sd/39/2015</w:t>
      </w:r>
    </w:p>
    <w:p>
      <w:r>
        <w:t>ECLI: ECLI:SK:KSBA:2015:1015200622.1</w:t>
      </w:r>
    </w:p>
    <w:p>
      <w:r>
        <w:t>Dátum vydania: 20.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5Sd/39/2015 Identifikačné číslo súdneho spisu: 1015200622 Dátum vydania rozhodnutia: 21. 12. 2015 Meno a priezvisko sudcu, VSÚ: JUDr. Milota Tóthová ECLI: ECLI:SK:KSBA:2015:1015200622.1</w:t>
      </w:r>
    </w:p>
    <w:p>
      <w:r>
        <w:t>Uznesenie Krajský súd v Bratislave v právnej veci navrhovateľky W. I., H. C. XXXX/X, H.,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9.1.2015 žiadala preskúmať rozhodnutie odporkyne číslo XXX XXX XXXX X zo dňa 10.12.2014, ktorým odporkyňa navrhovateľke od 1. januára 2014 priznala invalidný dôchodok v sume 98,60 eur mesačne, zvýšený od 1. januára 2015 na sumu 101,30 eur mesačne (miera poklesu schopnosti vykonávať zárobkovú činnosť bola stanovená na 45%).</w:t>
      </w:r>
    </w:p>
    <w:p>
      <w:r>
        <w:t>Písomným prehlásením zo dňa 21.9.2015 navrhovateľka vzala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https://www.kauzis.sk/judikatura/r/ECLI:SK:KSBA:2015:1015200622.1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