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6S/99/2015 z 4. 5. 2015</w:t>
      </w:r>
    </w:p>
    <w:p>
      <w:r>
        <w:t>Uznesenie Krajského súdu Bratislava z 4. mája 2015, sp. zn. 6S/99/2015, ECLI:SK:KSBA:2015:1015200632.1</w:t>
      </w:r>
    </w:p>
    <w:p>
      <w:r>
        <w:t>Súd: Krajský súd Bratislava</w:t>
      </w:r>
    </w:p>
    <w:p>
      <w:r>
        <w:t>Spisová značka: 6S/99/2015</w:t>
      </w:r>
    </w:p>
    <w:p>
      <w:r>
        <w:t>ECLI: ECLI:SK:KSBA:2015:1015200632.1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6S/99/2015 Identifikačné číslo súdneho spisu: 1015200632 Dátum vydania rozhodnutia: 05. 05. 2015 Meno a priezvisko sudcu, VSÚ: JUDr. Soňa Langová ECLI: ECLI:SK:KSBA:2015:1015200632.1 Uznesenie Krajský súd v Bratislave v právnej veci žalobcu: E. U., bytom Z. XX, XXX XX G., proti žalovanému: Centrum právnej pomoci, so sídlom Námestie slobody 12, 810 05 Bratislava o preskúmanie zákonnosti rozhodnutia žalovaného sp. zn. 5491/2015-PO-SB, r. z. 22088/2015 zo dňa 7.4.2015, takto r o z h o d o l : Krajský súd v Bratislave p o s t u p u j e vec Krajskému súdu v Nitre. o d ô v o d n e n i e : Žalobou doručenou Krajskému súdu v Bratislave dňa 15.4.2015 sa žalobca domáhal preskúmania zákonnosti rozhodnutia žalovaného sp. zn. 5491/2015-PO-SB, r. z. 22088/2015 zo dňa 7.4.2015, ktorým žalovaný zamietol odvolanie žalobcu proti rozhodnutiu Centra právnej pomoci, kancelária Nitra sp. zn. 3281/2015-KaNR, r. z. 13991/14 o zastavení konania o nároku na poskytnutie právnej pomoci a toto rozhodnutie v plnom rozsahu potvrdil. Podľa § 246 ods. O.s.p, na preskúmavanie rozhodnutí a postupov sú vecne príslušné krajské súdy, ak zákon neustanovuje inak. Podľa § 246a ods. 1 O.s.p.,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250d ods. 2 O.s.p. ak predseda senátu zistí, že súd nie je vecne alebo miestne príslušný, postúpi vec uznesením príslušnému súdu. V správnom súdnictve miestna príslušnosť vo všeobecnosti vymedzuje rozsah pôsobnosti medzi jednotlivými súdmi toho istého druhu, pričom výkon právomoci súdov je obmedzený na určitý obvod, v ktorom je zriadený určitý súd. Súdy rovnakého druhu sa odlišujú tým, že každý z nich má presne vymedzený územný obvod, v rámci ktorého koná. Miestne príslušným je zásadne súd, v ktorého obvode má sídlo správny orgán, ktorého rozhodnutie a postup sa preskúmava, ak nie je ustanovené inak (§ 246a ods. 1 prvá veta). Ak však ide o rozhodnutie orgánu s pôsobnosťou pre celé územie Slovenskej republiky, okrem ústredných orgánov štátnej správy, miestne príslušným je krajský súd, v ktorého obvode je všeobecný súd navrhovateľa (§ 246a ods. 1 druhá veta). Podľa uznesenia Najvyššieho súdu Slovenskej republiky sp. zn. 3Nds/2/2013 zo dňa 25.4.2013 je Centrum právnej pomoci právnickou osobou a štátnou rozpočtovou organizáciou s pôsobnosťou na celom území Slovenskej republiky. Právnu pomoc poskytuje podľa zákona č. 327/2005 Z.z. prostredníctvom svojich zamestnancov, určených advokátov a mediátorov. Najvyšší súd Slovenskej republiku už v uznesení 4Nds/6/2009 zo dňa 31.7.2009 konštatoval, že Centrum právnej pomoci je orgán s pôsobnosťou pre celé územie Slovenskej republiky, so sídlom v Bratislave a je potrebné sa vo veciach, kde vystupuje Centrum ako žalovaný, riadiť podľa § 246a ods. 1 O.s.p., čím je daná miestna príslušnosť podľa všeobecného súdu žalobcu. Všeobecným súdom žalobcu je Okresný súd Levice, ktorý je v obvode Krajského súdu v Nitre, preto je daná miestna príslušnosť tohto krajského súdu. Nakoľko v uvedenej veci bolo zistené, že Krajský súd v Bratislave nie je miestne príslušným na konanie v predmetnej veci, vec bude po právoplatnosti tohto uznesenia postúpená Krajskému súdu v Nitre. Poučenie: Proti tomuto uzneseniu nie je prípustné odvolanie.</w:t>
      </w:r>
    </w:p>
    <w:p/>
    <w:p>
      <w:r>
        <w:t>Zdroj: KAUZIS.SK – https://www.kauzis.sk/judikatura/r/ECLI:SK:KSBA:2015:1015200632.1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