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6S/107/2015 z 26. 10. 2015</w:t>
      </w:r>
    </w:p>
    <w:p>
      <w:r>
        <w:t>Uznesenie Krajského súdu Bratislava z 26. októbra 2015, sp. zn. 6S/107/2015, ECLI:SK:KSBA:2015:1015200686.1</w:t>
      </w:r>
    </w:p>
    <w:p>
      <w:r>
        <w:t>Súd: Krajský súd Bratislava</w:t>
      </w:r>
    </w:p>
    <w:p>
      <w:r>
        <w:t>Spisová značka: 6S/107/2015</w:t>
      </w:r>
    </w:p>
    <w:p>
      <w:r>
        <w:t>ECLI: ECLI:SK:KSBA:2015:1015200686.1</w:t>
      </w:r>
    </w:p>
    <w:p>
      <w:r>
        <w:t>Dátum vydania: 26.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6S/107/2015 Identifikačné číslo súdneho spisu: 1015200686 Dátum vydania rozhodnutia: 27. 10. 2015 Meno a priezvisko sudcu, VSÚ: JUDr. Soňa Langová ECLI: ECLI:SK:KSBA:2015:1015200686.1 Uznesenie Krajský súd v Bratislave v právnej veci žalobcu: Univerzita sv. Cyrila a Metoda v Trnave so sídlom Nám. J. Herdu č. 2, 917 01 Trnava, právne zastúpený: JUDr. Róbert Spál, advokát so sídlom Paulínska 24, 917 01 Trnava, proti žalovanému: I. Ministerstvo školstva, vedy, výskumu a športu Slovenskej republiky so sídlom Stromová 1, 813 30 Bratislava a II. Výskumná agentúra so sídlom Hanulova 5/B, 841 01 Bratislava, o preskúmanie zákonnosti rozhodnutia žalovaného - Správy o zistenej nezrovnalosti č. N21300866/S02 zo dňa 13.3.2015 a č. N21500366/S01 zo dňa 13.3.2015 a rozhodnutia - Žiadosti o vrátenie finančných prostriedkov č. 26250120015/Z02 zo dňa 13.3.2015 a č. 26250120015/Z03 zo dňa 13.3.2015 a o odklade vykonateľnosti, takto r o z h o d o l : Krajský súd v Bratislave o d k l a d á vykonateľnosť rozhodnutia žalovaného - Správy o zistenej nezrovnalosti č. N21300866/S02 zo dňa 13.3.2015 a č. N21500366/S01 zo dňa 13.3.2015 a rozhodnutia - Žiadosti o vrátenie finančných prostriedkov č. 26250120015/Z02 zo dňa 13.3.2015 a č. 26250120015/ Z03 zo dňa 13.3.2015, a to až do nadobudnutia právoplatnosti rozhodnutia súdu vo veci samej. o d ô v o d n e n i e : Žalobca sa žalobou podanou Krajskému súdu v Bratislave dňa 27.4.2015 domáhal preskúmania zákonnosti rozhodnutia žalovaného - Správy o zistenej nezrovnalosti č. N21300866/S02 zo dňa 13.3.2015 a č. N21500366/S01 zo dňa 13.3.2015 a rozhodnutia - Žiadosti o vrátenie finančných prostriedkov č. 26250120015/Z02 zo dňa 13.3.2015 a č. 26250120015/Z03 zo dňa 13.3.2015. Žalobca spolu s podanou žalobou žiadal o odklad vykonateľnosti, nakoľko okamžitým výkonom mu hrozí závažná ujma, nakoľko finančná čiastka predstavuje značnú položku, ktorú žalobca nemohol predvídať a jej úhrada ohrozuje bežný chod žalobcu pôsobiaceho vo verejnom záujme. Výkonom týchto rozhodnutí môže dôjsť k nenapraviteľným následkom nielen vo vzťahu k žalobcovi, ale aj vo vzťahu k samotnej verejnosti, najmä študentom verejnej vysokej školy.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https://www.kauzis.sk/judikatura/r/ECLI:SK:KSBA:2015:1015200686.1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