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8Sd/43/2015 z 13. 5. 2015</w:t>
      </w:r>
    </w:p>
    <w:p>
      <w:r>
        <w:t>Uznesenie Krajského súdu Bratislava z 13. mája 2015, sp. zn. 8Sd/43/2015, ECLI:SK:KSBA:2015:1015200702.1</w:t>
      </w:r>
    </w:p>
    <w:p>
      <w:r>
        <w:t>Súd: Krajský súd Bratislava</w:t>
      </w:r>
    </w:p>
    <w:p>
      <w:r>
        <w:t>Spisová značka: 8Sd/43/2015</w:t>
      </w:r>
    </w:p>
    <w:p>
      <w:r>
        <w:t>ECLI: ECLI:SK:KSBA:2015:1015200702.1</w:t>
      </w:r>
    </w:p>
    <w:p>
      <w:r>
        <w:t>Dátum vydania: 13.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8Sd/43/2015 Identifikačné číslo súdneho spisu: 1015200702 Dátum vydania rozhodnutia: 14. 05. 2015 Meno a priezvisko sudcu, VSÚ: JUDr. Peter Pospech ECLI: ECLI:SK:KSBA:2015:1015200702.1 Uznesenie Krajský súd v Bratislave v právnej veci navrhovateľky: A. I., I. O. W. XXXX/XX, XXX XX W., proti odporkyni: Sociálna poisťovňa - ústredie, Ul. 29. augusta č. 8, 813 63 Bratislava, o invalidný dôchodok, o preskúmanie zákonnosti rozhodnutia odporkyne sp. zn. XXX XXX XXXX X zo dňa 03.02.2015, takto r o z h o d o l : Krajský súd v Bratislave p o s t u p u j e vec miestne príslušnému Krajskému súdu v Trnave. o d ô v o d n e n i e : Dňa 30.04.2015 bol konajúcemu Krajskému súdu v Bratislave doručený návrh na preskúmanie rozhodnutia odporkyne sp. zn. XXX XXX XXXX X zo dňa 03.02.2015. Z obsahu spisu vyplýva, že navrhovateľka má trvalé bydlisko na adrese W. XXXX/XX, XXX XX W..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Trnave, súd rozhodol tak ako je uvedené vo výrokovej časti tohto uznesenia. Po právoplatnosti uznesenia bude spis zaslaný miestne príslušnému Krajskému súdu v Trnave, ktorý vec prejedná a rozhodne v merite veci. Poučenie: Proti tomuto uzneseniu odvolanie nie je prípustné.</w:t>
      </w:r>
    </w:p>
    <w:p/>
    <w:p>
      <w:r>
        <w:t>Zdroj: KAUZIS.SK – https://www.kauzis.sk/judikatura/r/ECLI:SK:KSBA:2015:1015200702.1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