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2S/101/2015 z 26. 8. 2015</w:t>
      </w:r>
    </w:p>
    <w:p>
      <w:r>
        <w:t>Uznesenie Krajského súdu Bratislava z 26. augusta 2015, sp. zn. 2S/101/2015, ECLI:SK:KSBA:2015:1015200717.2</w:t>
      </w:r>
    </w:p>
    <w:p>
      <w:r>
        <w:t>Súd: Krajský súd Bratislava</w:t>
      </w:r>
    </w:p>
    <w:p>
      <w:r>
        <w:t>Spisová značka: 2S/101/2015</w:t>
      </w:r>
    </w:p>
    <w:p>
      <w:r>
        <w:t>ECLI: ECLI:SK:KSBA:2015:1015200717.2</w:t>
      </w:r>
    </w:p>
    <w:p>
      <w:r>
        <w:t>Dátum vydania: 26. 8. 2015</w:t>
      </w:r>
    </w:p>
    <w:p>
      <w:r>
        <w:t>Forma: Uznesenie</w:t>
      </w:r>
    </w:p>
    <w:p>
      <w:pPr>
        <w:pStyle w:val="Heading2"/>
      </w:pPr>
      <w:r>
        <w:t>Text rozhodnutia</w:t>
      </w:r>
    </w:p>
    <w:p>
      <w:r>
        <w:t>Súd: Krajský súd Bratislava Spisová značka: 2S/101/2015 Identifikačné číslo súdneho spisu: 1015200717 Dátum vydania rozhodnutia: 27. 08. 2015 Meno a priezvisko sudcu, VSÚ: Mgr. Viliam Pohančeník ECLI: ECLI:SK:KSBA:2015:1015200717.2</w:t>
      </w:r>
    </w:p>
    <w:p>
      <w:r>
        <w:t>Uznesenie Krajský súd v Bratislave v právnej veci žalobcu: W. X., F. XX, S., proti žalovanému: Okresné riaditeľstvo Policajného zboru v Leviciach, Ulica Ľudovíta Štúra 51, Levice, o preskúmanie zákonnosti rozhodnutia žalovaného č. K.-X-X/S-XXXX zo dňa 11.01.2000, takto</w:t>
      </w:r>
    </w:p>
    <w:p>
      <w:r>
        <w:t>r o z h o d o l :</w:t>
      </w:r>
    </w:p>
    <w:p>
      <w:r>
        <w:t>Krajský súd v Bratislave p o s t u p u j e vec Krajskému súdu v Nitre.</w:t>
      </w:r>
    </w:p>
    <w:p>
      <w:r>
        <w:t>o d ô v o d n e n i e :</w:t>
      </w:r>
    </w:p>
    <w:p>
      <w:r>
        <w:t>Žalobou doručenou Krajskému súdu v Bratislave dňa 05.05.2015, doplnenou podaním zo dňa 06.07.2015, sa žalobca domáha preskúmania zákonnosti rozhodnutia žalovaného č. K.-X-X/S-XXXX zo dňa 11.01.2000.</w:t>
      </w:r>
    </w:p>
    <w:p>
      <w:r>
        <w:t>Vzhľadom na to, že žalobca v žalobe označil ako žalovaného Ministerstvo vnútra Slovenskej republiky, Krajský súd v Bratislave ho uznesením č. k. 2S/101/2015-5 zo dňa 22.05.2015 vyzval na doplnenie žaloby o náležitosti, ktoré musí s poukazom na § 249 ods. 2 O.s.p. obsahovať a tiež ho vyzval na predloženie plnomocenstva udeleného advokátovi v zmysle § 250a O.s.p..</w:t>
      </w:r>
    </w:p>
    <w:p>
      <w:r>
        <w:t>Žalobca v podaní doručenom Krajskému súdu v Bratislave dňa 14.07.2015 označil ako žalovaného Okresné riaditeľstvo Policajného zboru v Leviciach a uviedol, že žiada preskúmať rozhodnutie žalovaného č. ORP-1-4/S-2000 zo dňa 11.01.2000.</w:t>
      </w:r>
    </w:p>
    <w:p>
      <w:r>
        <w:t>Podľa § 246 ods. O.s.p, na preskúmavanie rozhodnutí a postupov sú vecne príslušné krajské súdy, ak zákon neustanovuje inak.</w:t>
      </w:r>
    </w:p>
    <w:p>
      <w:r>
        <w:t>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w:t>
      </w:r>
    </w:p>
    <w:p>
      <w:r>
        <w:t>Podľa § 250d ods. 2 O.s.p., ak predseda senátu zistí, že súd nie je vecne alebo miestne príslušný, postúpi vec uznesením príslušnému súdu.</w:t>
      </w:r>
    </w:p>
    <w:p>
      <w:r>
        <w:t>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O.s.p.).</w:t>
      </w:r>
    </w:p>
    <w:p>
      <w:r>
        <w:t>Podľa § 250d ods. 2 O.s.p. ak predseda senátu zistí, že súd nie je vecne alebo miestne príslušný, postúpi vec uznesením príslušnému súdu.</w:t>
      </w:r>
    </w:p>
    <w:p>
      <w:r>
        <w:t>Ak zákon neustanoví inak, je na konanie miestne príslušný súd, v obvode ktorého je sídlo orgánu verejnej správy, ktorý vydal rozhodnutie alebo ktorý inak zasiahol do práv toho, kto sa domáha ochrany. Keďže Okresné riaditeľstvo Policajného zboru Levice ako aj jeho nadriadený (Krajské riaditeľstvo Policajného zboru v Nitre) nie sú orgánmi s pôsobnosťou pre celé územie Slovenskej republiky a v zákone nie je ustanovené inak, miestne príslušným je súd, v ktorého obvode má sídlo správny orgán, ktorého rozhodnutie a postup sa preskúmava.</w:t>
      </w:r>
    </w:p>
    <w:p>
      <w:r>
        <w:t>Na konanie je podľa § 246a ods. 1 veta prvá O.s.p. miestne príslušný krajský súd, v obvode ktorého má sídlo Okresné riaditeľstvo Policajného zboru v Leviciach ako žalovaný správny orgán. Všeobecným súdom žalovaného je Okresný súd Levice, ktorý je v obvode Krajského súdu v Nitre, preto je daná miestna príslušnosť tohto krajského súdu.</w:t>
      </w:r>
    </w:p>
    <w:p>
      <w:r>
        <w:t>Nakoľko v uvedenej veci bolo zistené, že Krajský súd v Bratislave nie je miestne príslušným na konanie v predmetnej veci, vec bude po právoplatnosti tohto uznesenia postúpená Krajskému súdu v Nitre.</w:t>
      </w:r>
    </w:p>
    <w:p>
      <w:r>
        <w:t>Poučenie:</w:t>
      </w:r>
    </w:p>
    <w:p>
      <w:r>
        <w:t>Proti tomuto uzneseniu nie je prípustné odvolanie.</w:t>
      </w:r>
    </w:p>
    <w:p/>
    <w:p>
      <w:r>
        <w:t>Zdroj: KAUZIS.SK – https://www.kauzis.sk/judikatura/r/ECLI:SK:KSBA:2015:1015200717.2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