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8Scud/11/2015 z 31. 5. 2015</w:t>
      </w:r>
    </w:p>
    <w:p>
      <w:r>
        <w:t>Uznesenie Krajského súdu Bratislava z 31. mája 2015, sp. zn. 8Scud/11/2015, ECLI:SK:KSBA:2015:1015200750.1</w:t>
      </w:r>
    </w:p>
    <w:p>
      <w:r>
        <w:t>Súd: Krajský súd Bratislava</w:t>
      </w:r>
    </w:p>
    <w:p>
      <w:r>
        <w:t>Spisová značka: 8Scud/11/2015</w:t>
      </w:r>
    </w:p>
    <w:p>
      <w:r>
        <w:t>ECLI: ECLI:SK:KSBA:2015:1015200750.1</w:t>
      </w:r>
    </w:p>
    <w:p>
      <w:r>
        <w:t>Dátum vydania: 31. 5.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8Scud/11/2015 Identifikačné číslo súdneho spisu: 1015200750 Dátum vydania rozhodnutia: 01. 06. 2015 Meno a priezvisko sudcu, VSÚ: JUDr. Peter Pospech ECLI: ECLI:SK:KSBA:2015:1015200750.1 Uznesenie Krajský súd v Bratislave v právnej veci navrhovateľky: M. C., H.. XX.XX.XXXX, C. C. X, M. - XXXXX U. - C., H., proti odporkyni: Sociálna poisťovňa - ústredie, Ul. 29. augusta č. 8, 813 63 Bratislava, o starobný dôchodok, takto r o z h o d o l : Súd konanie z a s t a v u j e . Žiaden z účastníkov nemá právo na náhradu trov konania. o d ô v o d n e n i e : Navrhovateľka svojím návrhom zo dňa 30.03.2015 žiadala preskúmať rozhodnutie odporkyne číslo XXX XXX XXXX X zo dňa 26.02.2015, ktorým bol navrhovateľke od 19.12.2011 priznaný starobný dôchodok v sume 208,40 Eur mesačne. Navrhovateľka v opravnom prostriedku namietala priznanie starobného dôchodku od 19.12.2011 a žiadala o priznanie starobného dôchodku od skoršieho dátumu, a to od 07.01.2011. Vzhľadom na námietky navrhovateľky uvedené v opravnom prostriedku odporkyňa opätovne posúdila nárok navrhovateľky na dôchodkovú dávku a bolo vydané zmenové rozhodnutie číslo XXX XXX XXXX X zo dňa 27.03.2015, ktorým bol navrhovateľke priznaný starobný dôchodok od 07.01.2011. Podľa § 250o O.s.p. ak správny orgán, ktorého rozhodnutie súd preskúmava, vydá nové rozhodnutie, ktorým návrhu celkom vyhovie, súd uznesením konanie zastaví. Pretože rozhodnutím odporkyne číslo XXX XXX XXXX X zo dňa 27.03.2015 bolo v rámci autoremedúry celkom vyhovené odvolaniu navrhovateľky, súd v zmysle § 250o O.s.p. konanie zastavil. O trovách konania súd rozhodol podľa § 146 ods. 1 písm. c/ O.s.p. /§ 250l ods. 2, § 246c O.s.p./.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https://www.kauzis.sk/judikatura/r/ECLI:SK:KSBA:2015:1015200750.1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