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1S/118/2015 z 30. 9. 2015</w:t>
      </w:r>
    </w:p>
    <w:p>
      <w:r>
        <w:t>Uznesenie Krajského súdu Bratislava z 30. septembra 2015, sp. zn. 1S/118/2015, ECLI:SK:KSBA:2015:1015200774.2</w:t>
      </w:r>
    </w:p>
    <w:p>
      <w:r>
        <w:t>Súd: Krajský súd Bratislava</w:t>
      </w:r>
    </w:p>
    <w:p>
      <w:r>
        <w:t>Spisová značka: 1S/118/2015</w:t>
      </w:r>
    </w:p>
    <w:p>
      <w:r>
        <w:t>ECLI: ECLI:SK:KSBA:2015:1015200774.2</w:t>
      </w:r>
    </w:p>
    <w:p>
      <w:r>
        <w:t>Dátum vydania: 30.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1S/118/2015 Identifikačné číslo súdneho spisu: 1015200774 Dátum vydania rozhodnutia: 01. 10. 2015 Meno a priezvisko sudcu, VSÚ: JUDr. Monika Valašíková PhD. ECLI: ECLI:SK:KSBA:2015:1015200774.2 Uznesenie Krajský súd v Bratislave v právnej veci žalobcu: Sysmex Slovakia, s.r.o. Trenčianska 47, 821 09 Bratislava, IČO: 31 345 433, právne zastúpený: Advokátska kancelária JUDr. Margita Hrivnáková &amp; Partners s.r.o., Májova 3, P.O.BOX 76, 820 05 Bratislava, proti žalovanému: Ministerstvo zdravotníctva SR, Limbová 2, 830 07 Bratislava, o návrhu na odklad vykonateľnosti, takto r o z h o d o l : Krajský súd v Bratislave o d k l a d á vykonateľnosť rozhodnutia žalovaného č. S 06484-OP-2014 zo dňa 23.2.2015 v spojení s prvostupňovým rozhodnutím Štátneho ústavu pre kontrolu liečiv sp. č. 3430/2012/600 zo dňa 2.5.2013 až do právoplatného rozhodnutia súdu vo veci samej. o d ô v o d n e n i e : Žalobca sa žalobou doručenou tunajšiemu súdu dňa 18.5.2015 domáhal preskúmania zákonnosti rozhodnutia žalovaného č. S 06484-OP-2014 zo dňa 23.2.2015 v spojení s rozhodnutím Štátneho ústavu pre kontrolu liečiv č.j. 3430/2012/600 zo dňa 2.5.2013. Ako dôvod odkladu vykonateľnosti uviedol, že žalobcovi hrozí závažná ujma spočívajúca v porušení priemyselných práv žalobcu - patenty a ochranné známky, vzťahujúcich sa na reagencie žalobcu, tým, že žiadateľ môže kopírovať výrobný proces účinných látok formovanie reagencií, ponúkanie reagencií na trhu pod svojim názvom, využívať označenie a obchodnú značku, žalobcu, vykonávať neodborný servis a validáciu analyzátorov Sysmex, ktoré po zásahoch žiadateľa nebudú riadne, správne funkčne presné.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https://www.kauzis.sk/judikatura/r/ECLI:SK:KSBA:2015:1015200774.2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