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6S/121/2015 z 24. 9. 2015</w:t>
      </w:r>
    </w:p>
    <w:p>
      <w:r>
        <w:t>Uznesenie Krajského súdu Bratislava z 24. septembra 2015, sp. zn. 6S/121/2015, ECLI:SK:KSBA:2015:1015200802.1</w:t>
      </w:r>
    </w:p>
    <w:p>
      <w:r>
        <w:t>Súd: Krajský súd Bratislava</w:t>
      </w:r>
    </w:p>
    <w:p>
      <w:r>
        <w:t>Spisová značka: 6S/121/2015</w:t>
      </w:r>
    </w:p>
    <w:p>
      <w:r>
        <w:t>ECLI: ECLI:SK:KSBA:2015:1015200802.1</w:t>
      </w:r>
    </w:p>
    <w:p>
      <w:r>
        <w:t>Dátum vydania: 24.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6S/121/2015 Identifikačné číslo súdneho spisu: 1015200802 Dátum vydania rozhodnutia: 25. 09. 2015 Meno a priezvisko sudcu, VSÚ: JUDr. Soňa Langová ECLI: ECLI:SK:KSBA:2015:1015200802.1 Uznesenie Krajský súd v Bratislave v právnej veci žalobcu: INVESTEX GROUP, s.r.o., IČO: 36 034 665, so sídlom Mostová 2, 811 02 Bratislava, právne zastúpený: JUDr. Jaroslavom Bradom, advokátom so sídlom Dunajská 58, 811 08 Bratislava, proti žalovanému: Finančné riaditeľstvo Slovenskej republiky, so sídlom Lazovná 63, 974 01 Banská Bystrica, v konaní o preskúmanie zákonnosti rozhodnutia žalovaného č. 1100302/1/171219/2015/1042 zo dňa 23.04.2015 a o odklade vykonateľnosti, takto r o z h o d o l : Krajský súd v Bratislave o d k l a d á vykonateľnosť rozhodnutia žalovaného č. 1100302/1/171219/2015/1042 zo dňa 23.04.2015 v spojení s rozhodnutím Daňového úradu Banská Bystrica č. 9601402/5/294691/2015/Bed zo dňa 06.02.2015, a to až do právoplatnosti rozhodnutia súdu vo veci samej. o d ô v o d n e n i e : Žalobca sa žalobou, doručenou Krajskému súdu v Bratislave dňa 21.05.2015, domáhal preskúmania zákonnosti rozhodnutia žalovaného č. 1100302/1/171219/2015/1042 zo dňa 23.04.2015, ktorým žalovaný nevyhovel odvolaniu žalobcu a potvrdil rozhodnutie Daňového úradu Banská Bystrica č. 9601402/5/294691/2015/Bed zo dňa 06.02.2015, ktorým ten žalobcovi určil rozdiel dane z pridanej hodnoty za zdaňovacie obdobie október 2012 v sume XX XXX,XX eur, a tým znížil žalobcovi uplatnený nadmerný odpočet na dani z pridanej hodnoty zo sumy XX XXX,XX eur na sumu XX XXX,XX eur. Žalobca žiadosť o odklad vykonateľnosti v záhlaví identifikovaných rozhodnutí odôvodnil tým, že vyrubený rozdiel dane z pridanej hodnoty v rámci celej daňovej kontroly je vzhľadom na jeho výšku pre neho likvidačný, žalobca si musí plniť pravidelné záväzky, ktoré mu vyplývajú z pracovnoprávnych vzťahov a bez odkladu vykonateľnosti napadnutých rozhodnutí by s najväčšou pravdepodobnosťou mohlo dôjsť k ohrozeniu a aj zrušeniu jeho podnikateľskej činnosti. Poukázal na skutočnosť, že správca dane v roku 2012 vydal voči žalobcovi ďalších šesť rozhodnutí za rozdielne zdaňovacie obdobia, ktoré vychádzajú z totožných dôvodov a obsahujú totožné odôvodnenia. Celková suma, ktorú by mal žalobca v prípade okamžitého výkonu rozhodnutí zaplatiť predstavuje sumu XXX XXX,XX eur. Podľa § 250c veta druhá O.s.p., na žiadosť účastníka môže predseda senátu uznesením vykonateľnosť rozhodnutia odložiť, ak by okamžitým výkonom napadnutého rozhodnutia hrozila závažná ujma. Súd považoval dôvody, uvedené v žiadosti žalobcu o odklad vykonateľnosti napadnutého rozhodnutia v spojení s prvostupňovým rozhodnutím za opodstatnené, keďže žalobca poukázal na hrozbu závažnej ujmy v prípade okamžitého výkonu napadnutých rozhodnutí, zaväzujúceho žalobcu k odvedeniu sumy vo výške XX XXX,XX eur, ktorým by mohlo dôjsť k neschopnosti žalobcu uhrádzať záväzky z pracovnoprávnych vzťahov, k prepúšťaniu zamestnancov, ktorých v súčasnosti zamestnáva 34 a v konečnom dôsledku aj k ukončeniu jeho podnikateľskej činnosti.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https://www.kauzis.sk/judikatura/r/ECLI:SK:KSBA:2015:1015200802.1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