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9Sp/42/2015 z 2. 6. 2015</w:t>
      </w:r>
    </w:p>
    <w:p>
      <w:r>
        <w:t>Rozsudok Krajského súdu Bratislava z 2. júna 2015, sp. zn. 9Sp/42/2015, ECLI:SK:KSBA:2015:1015200875.1</w:t>
      </w:r>
    </w:p>
    <w:p>
      <w:r>
        <w:t>Súd: Krajský súd Bratislava</w:t>
      </w:r>
    </w:p>
    <w:p>
      <w:r>
        <w:t>Spisová značka: 9Sp/42/2015</w:t>
      </w:r>
    </w:p>
    <w:p>
      <w:r>
        <w:t>ECLI: ECLI:SK:KSBA:2015:1015200875.1</w:t>
      </w:r>
    </w:p>
    <w:p>
      <w:r>
        <w:t>Dátum vydania: 2. 6. 2015</w:t>
      </w:r>
    </w:p>
    <w:p>
      <w:r>
        <w:t>Forma: Rozsudok</w:t>
      </w:r>
    </w:p>
    <w:p>
      <w:r>
        <w:t>Oblasť práva: Správne právo</w:t>
      </w:r>
    </w:p>
    <w:p>
      <w:pPr>
        <w:pStyle w:val="Heading2"/>
      </w:pPr>
      <w:r>
        <w:t>Text rozhodnutia</w:t>
      </w:r>
    </w:p>
    <w:p>
      <w:r>
        <w:t>Súd: Krajský súd Bratislava Spisová značka: 9Sp/42/2015 Identifikačné číslo súdneho spisu: 1015200875 Dátum vydania rozhodnutia: 03. 06. 2015 Meno a priezvisko sudcu, VSÚ: JUDr. Beata Jurgošová ECLI: ECLI:SK:KSBA:2015:1015200875.1 ROZSUDOK V MENE SLOVENSKEJ REPUBLIKY Krajský súd v Bratislave v konaní pred sudkyňou JUDr. Beátou Jurgošovou v právnej veci navrhovateľky: H.G. R. T., B.. XX.XX.XXXX, Š. L.: W. G., zastúpenej Mgr. Jarmilou Karak Vargovou, advokátkou, Brečtanová 21, Bratislava, proti odporcovi: Prezídium policajného zboru, Úrad hraničnej a cudzineckej polície, Riaditeľstvo hraničnej a cudzineckej polície Bratislava, Oddelenie cudzineckej polície Policajného zboru Nové Zámky, Bitúnkova 8, Nové Zámky, o odvolaní proti rozhodnutiu odporcu č. : PPZ-HCP-BA12-115-012/2015-AV zo dňa 01.05.2015 takto r o z h o d o l : Krajský súd v Bratislave rozhodnutie odporcu zo dňa 01.05.2015 sp. zn. PPZ-HCP-BA12-115-012/2015- AV p o t v r d z u j e. o d ô v o d n e n i e : Odporca predložil na Krajský súd v Bratislave dňa 27.05.2015 právnym zástupcom navrhovateľky podaný opravný prostriedok zo dňa 15.05.2015 proti jeho rozhodnutiu č. PPZ-HCP-BA12-115-012/2015- AV vydanému dňa 01.05.2015, ktorým bola navrhovateľka zaistená v súlade s ustanovením § 88 ods.1 písm. c) zákona č. 404/2011 Z.z. o pobyte cudzincov a to dňom 01.05.2015 o 16.00 hod. a následne bola umiestnená v Útvare policajného zaistenia pre cudzincov Medveďov, pričom zároveň bola stanovená dĺžka doby zaistenia do 01.09.2015. Spolu s predložením navrhovateľovho odvolania odporca predložil svoje vyjadrenie k nemu, ako aj kompletný administratívny spis danej veci sa týkajúci. Predmetom súdneho prieskumu na základe podaného odvolania navrhovateľky je vyššie uvedené rozhodnutie odporcu, ktorým tento rozhodol o zaistení navrhovateľky podľa § 88 ods. 1 písm. c) Zákona o pobyte cudzincov na účel zabezpečenia prípravy a výkonu jej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01.05.2015 o 07.15 hod. bola navrhovateľka kontrolovaná v medzinárodnom rýchliku EC 174 Ján Jesenius. Navrhovateľka pri kontrole predložila cestovný doklad W. G. a písomnosti vydané štátnymi orgánmi Maďarska a uviedla, že v tejto krajine je žiadateľkou o azyl. Odporca vykonanou lustráciou v informačných systémoch a odpoveďou zo Spoločného kontaktného pracoviska Čuňovo- Rajka zistil, že navrhovateľka požiadala o udelenie azylu na území Maďarska, a na tomto základe boli naplnené podmienky prevozu navrhovateľky na územie Maďarska podľa nariadenia Európskeho parlamentu a Rady (EÚ) č. 604/2013 z 26.06.2013. S navrhovateľkou bola spísaná zápisnica o podaní vyjadrenia účastníka konania, v ktorej uviedla spôsob jej cestovania z domovskej krajiny až na územie Slovenskej republiky. Dňa 01.05.2015 vstúpila na územie Slovenskej republiky z územia Maďarska medzinárodným rýchlikom. Požiadala o azyl na území Maďarska. V rozhodnutí odporca uviedol, že navrhovateľka bola zadržaná počas jej neoprávneného pobytu na území Slovenskej republiky, cieľom jej cesty bola Spolková republika Nemecko. Na území Slovenskej republiky si nevie zabezpečiť ubytovanie do doby jej prevozu na územie Maďarska, nakoľko nemá financie a aj z dôvodu, že nechce ostať na Slovensku, ale utečie do Spolkovej republiky Nemecko. Navrhovateľka požiadala v Maďarsku o udelenie azylu, avšak nepočkala do rozhodnutia jej žiadosti, ale kúpila si lístok na vlak, na trasu Budapest-Brno a ušla z Maďarska, lebo sa chce dostať do Spolkovej republiky Nemecko. V jej prípade existuje riziko úteku, pretože sa chce dostať do Spolkovej republiky Nemecko. V prípade ak by odporca nepostupoval tak, ako je uvedené vo výrokovej časti rozhodnutia, navrhovateľke by bola daná možnosť zdržiavať sa na neznámom mieste a tým by správny orgán mal minimálnu šancu na vykonanie opatrení za účelom zabezpečenia dodržiavania všeobecne záväzných právnych predpisov platných na území schengenského priestoru zo strany účastníka konania. Odporca v rozhodnutí skúmal aj možnosť uloženia menej závažného prostriedku ako zaistenia, ktorými je oprávnený zabezpečiť prípravu a výkon prevozu účastníka konania v zmysle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konštatoval, že navrhovateľka nespĺňa podmienky za ktorých by jej mohla byť uložená povinnosť podľa § 89 ods. 1 písm. a) a b) zákona o pobyte cudzincov z dôvodu, že správny orgán môže uvedené oprávnenia využiť počas konania vo veci administratívneho vyhostenia, čo v tomto konkrétnom prípade absentuje. Správny orgán koná vo veci zaistenia podľa § 88 ods. 1 písm. c) zákona o pobyte cudzincov na účel prípravy a výkonu jej prevozu. V závere rozhodnutia konštatoval, že predmetné zaistenie je plne v súlade s článkom 5 ods. 1 písm. f) Dohovoru o ochrane ľudských práv a slobôd. Voči vyššie uvedenému rozhodnutiu v zákonnej lehote podala navrhovateľka prostredníctvom svojho právneho zástupcu odvolanie dôvodiace tým, že správny orgán nedostatočne zistil skutkový stav veci, zistenie skutkového stavu veci je v rozpore s obsahom spisov, v konaní bola zistená taká vada, ktorá mohla mať vplyv na zákonnosť napadnutého rozhodnutia, rozhodnutie vychádzalo z nesprávneho právneho posúdenia veci. Poukázala na to, že odporca ju zaistil na účely zabezpečenia prípravy a výkonu prevozu podľa dublinského nariadenia. Dublinské nariadenie výslovne uvádza, že musí ísť o individuálne posúdenie prípadu a o zaistení je možné rozhodnúť len v prípade, ak je zaistenie primeraným opatrením a nie je možné účinne uplatniť iné, miernejšie alternatívne donucovacie opatrenia. Zákon o pobyte cudzincov upravuje dve formy alternatívnych opatrení, a to hlásenie pobytu alebo zloženie finančnej záruky. Uviedla, že nariadenie je všeobecne záväzné a má aplikačnú prednosť pred zákonom o pobyte cudzincov. Ponecháva síce na členské štáty možnosť upraviť si typy/druhy alternatívnych opatrení, avšak neumožňuje im zvoliť postup, pri ktorom by odmietli možnosť uplatnenia alternatívnych opatrení. Ďalej uviedla, že bola zaistená spoločne so svojím manželom a jeho bratom. Jej manžel uviedol, že má k dispozícii cca 1000 eur a platobnú kartu, ktoré by rád využil na to, aby sa spoločne mohli sami dobrovoľne vrátiť na územie Maďarska, kde by vyčkali na vydanie rozhodnutia v ich azylovom konaní. Ich dobrovoľný návrat späť by bolo možné uskutočniť podstatne rýchlejšie, ako keď musia čakať na ukončenie ich konania pred Ministerstvom vnútra SR, migračným úradom. Na účely zabezpečenia prípravy alebo výkonu prevozu cudzinca podľa osobitného predpisu, ak existuje značné riziko úteku, je policajt tohto cudzinca oprávnený zaistiť, nie je preto povinnosťou policajného orgánu, takto postupovať, ale len jeho oprávnením. Navrhovateľka poukázala na to, že mala im byť daná možnosť pokúsiť sa zabezpečiť si prostriedky na živobytie mimo ÚPZC a zisťovanie skutkového stavu veci by malo byť zamerané na existenciu takýchto možností. K podanému odvolaniu sa vyjadril odporca a reagoval na všetky vznesené námietky navrhovateľkou, pričom uviedol, že na navrhovateľku bolo hladené ako na osobu, ktorá je žiadateľkou o udelenie azylu na území Maďarska. Poukázal na to, že sama navrhovateľka v zápisnici ako dôvod jej opustenia azylového tábora v Maďarsku uviedla, že jej cieľovou krajinou je Nemecko a zo Slovenska v prípade jej prepustenia utečie, pretože sa chce dostať do Nemecka. Ďalej uviedol, že z informácie získanej prostredníctvom Spoločného kontaktného pracoviska vyplýva, že navrhovateľkina žiadosť o udelenie azylu bola dňa 29.4.2015 zamietnutá. V čase konania vo veci zaistenia, predmetné vyššie uvedené konanie ešte nebolo právoplatne ukončené. O tejto skutočnosti mala vedomosť aj právna zástupkyňa navrhovateľky, nakoľko dňa 11.05.2015 pracovníci neziskovej organizácie Marginal sa oboznámili so spisovým materiálom vedeným na správnom orgáne. Ďalej uviedol, že tvrdenia uvádzané navrhovateľkou v odvolaní, že jej manžel, ktorý bol spoločne s ňou zaistený má finančnú hotovosť 1000 eur, ktorú by rád využil na to, aby sami sa mohli vrátiť dobrovoľne na územie Maďarska, nie sú ničím potvrdené a sú v rozpore s vyjadreniami navrhovateľky pred správnym orgánom. K množstvu finančných prostriedkov uviedol, že boli odobraté do úschovy veci medzi ktorými nebola žiadna finančná hotovosť. Podľa úradného záznamu spísaného pracovníkom správneho orgánu disponoval sumou 48 eur. Záverom uviedol, že navrhovateľka na území Slovenskej republiky je povinná dodržiavať právne predpisy platné na jej území, medzinárodné zmluvy a dohovory, ktorými je Slovenská republika viazaná, vychádzať z nich vo svojom konaní a rešpektovať ich. Z obsahu pripojeného administratívneho spisu odporcu súd zistil nasledovné skutočnosti: Navrhovateľka bola dňa 01.05.2015 kontrolovaná vo vlaku EC 174 Ján Jesénius v smere od Štúrova do Nových Zámkov pri vykonávaní policajtmi OCP PZ Nové Zámky kontroly cudzincov v územnom úseku OCP PZ Nové Zámky so zameraním na odhaľovanie nelegálnej práce, neoprávneného zamestnávania, nelegálneho podnikania, priestupkov cudzincov na úseku pobytového režimu a plnenia povinností cudzincov podľa zákona č. 404/2011 Z. z. o pobyte cudzincov v zmysle oprávnenia § 75 ods. 1 písm. a), b) zákona o pobyte cudzincov. Navrhovateľka predložila pri kontrole cestovný doklad Kubánskej republiky a písomnosti vydané štátnymi orgánmi Maďarska a uviedla, že je žiadateľkou o azyl v Maďarsku. Spis obsahuje žiadosť odporcu štátnym orgánom Maďarskej republiky cestou Spoločného kontaktného pracoviska Čunovo - Rajka o podanie informácie, či navrhovateľka je žiadateľkou o pobyt alebo azyl na území Maďarskej republiky. Odporcovi bolo oznámené, že navrhovateľka v novembri 2014 požiadala o priznanie štatútu utečenca. Odporca pribral do konania tlmočníka, navrhovateľku poučil o možnosti požiadať o poskytnutie právnej pomoci. Spis obsahuje zápisnice o podaní vyjadrenia spísané s navrhovateľkou, preskúmavané rozhodnutie o zaistení navrhovateľky, komunikáciu odporcu s Útvarom policajného zaistenia pre cudzincov Medveďov o umiestnení navrhovateľky, plnomocenstvo na zastupovanie navrhovateľky právnou zástupkyňou, podaný opravný prostriedok voči rozhodnutiu o zaistení. Na nariadenom pojednávaní prítomná právna zástupkyňa navrhovateľa uviedla, že sa pridržiava svojho písomného vyjadrenia zo dňa 15.5.2015. Poverený zástupca odporcu prítomný na súdnom pojednávaní uviedol, že sa pridržiava písomného vyjadrenia v plnom rozsahu. Taktiež uviedol, že maďarská strana im oznámila, že akceptuje transfér v zmysle Dublinského dohovoru. Krajský súd v Bratislave ako súd vecne a mieste príslušný na konanie preskúmal rozhodnutie odporcu v rozsahu dôvodov podaného opravného prostriedku navrhovateľky ako aj konanie, ktoré vydaniu rozhodnutia predchádzalo na nariadenom pojednávaní konanom dňa 3.6.2015,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navrhovateľky musí konštatovať, že preskúmavané rozhodnutie je vecne správne a navrhovateľkou podané námietky voči nemu uvedené v jej opravnom prostriedku neobstoja. Podľa názoru súdu neobstojí navrhovateľkina námietka o spoľahlivo nezistenom stave veci. Odporca riadne zistil skutkový stav, u navrhovateľky stále trvajú dôvody zaistenia podľa § § 88a ods.1 písm. e), nakoľko existuje značné riziko jej úteku. Navrhovateľka bol zadržaná počas jej nelegálnej migrácie z územia Maďarskej republiky, cez územie Slovenskej republiky do Nemecka. Z výpovede navrhovateľky mal odporca preukázané, že navrhovateľka sa chcel dostať do Nemecka. Existencia značného rizika úteku je preukázaná z jej vyjadrení, ako aj samotného konania spočívajúceho v svojvoľnom odchode z tábora v Maďarsku, jej následnom vycestovaní z Maďarska, nelegálnom vstupe na územie Slovenskej republiky, z dôvodu, že nemá udelený pobyt a cieľom jej cesty bolo Nemecko. Z uvedených dôvodov je predpoklad, že ujde alebo sa bude skrývať. Odporca správne vychádzal z jemu dostupných informácii a tieto objektívne posúdil, najmä z pohľadu dôveryhodnosti osoby navrhovateľky a posudzoval aj relevantnosť dôvodov na strane navrhovateľky v súvislosti so zaistením tejto osoby. V tejto súvislosti treba uviesť, že povinnosť zistiť skutkový stav veci podľa § 32 zákona č. 71/1967 Zb (Správny poriadok) má odporca len v rozsahu dôvodov, ktoré navrhovateľka v priebehu správneho konania uviedla. K tvrdeniu navrhovateľky, že jej manžel má k dispozícii cca 1000 eur a platobnú kartu, ktorú by rád využil na to, aby sa spoločne mohli sami dobrovoľne vrátiť na územie Maďarska, odporca uviedol, že tieto tvrdenia sú zavádzajúce, nie sú ničím potvrdené a sú v rozpore s vyjadreniami účastníčky konania (navrhovateľky) pred správnym orgánom. Podľa úradného záznamu spísaného pracovníkom správneho orgánu disponoval sumou 48 eur. K námietke navrhovateľky, že odporca síce položil jej otázku či by vedela splniť povinnosti, ak by jej v zmysle § 89 ods.1 písm. a) a b) uložil povinnosť hlásenia pobytu a zloženia peňažnej záruky, avšak nebola jej dostatočne vysvetlená, a preto mala za to, že správny orgán len formálne položil uvedenú otázku, je potrebné uviesť, že odporca skúmal aj možnosť uloženia menej závažného prostriedku ako zaistenia, ktorými je oprávnený zabezpečiť prípravu a výkon prevozu účastníka konania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navrhovateľka nespĺňa podmienky za ktorých by mu mohla byť uložená povinnosť podľa § 89 ods. 1 písm. a) a b) zákona o pobyte cudzincov. Súd poukazuje na zápisnicu o vyjadrení spísanú s navrhovateľkou, kde na otázku, akými finančnými prostriedkami disponuje, uviedla, že nemá žiadnu finančnú hotovosť. Nakoľko navrhovateľka nemá na území Slovenskej republiky zabezpečený pobyt a ani nedisponuje s finančnými prostriedkami, ktoré by boli postačujúce pre zabezpečenie ubytovania, nie sú splnené predpoklady pre uplatnenie možnosti alternatívy v zmysle § 89 ods. 1 písmeno a), b) zákona o pobyte cudzincov. K námietke navrhovateľky ohľadom zaistenia je potrebné uviesť, že dĺžku doby zaistenia odporca stanovil do 1.09.2015 (§ 88 ods. 4 zákona o pobyte cudzincov), ktorá doba je nevyhnutná na vykonanie všetkých dostupných úkonov smerujúcich k odovzdaniu navrhovateľky do Maďarskej republiky. Odporca tiež poukázal na to, že po začatí konania Migračným úradom Ministerstva vnútra Slovenskej republiky Dublinským strediskom o prevoze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je zaistenie účastníka konania v súlade s článkom 5 ods. 1 písm. f) predmetného Dohovoru o ochrane ľudských práv a slobôd nakoľko je preukázané, že účastník konania je v súčasnej dobe žiadateľ o udelenie azylu na území Maďarskej republiky. Súd uvádza, že samotné rozhodovanie o udelení azylu má svoje trvanie, pričom zákonná úprava doby zaistenia, práve aj pre účely dĺžky tohto konania, je upravená v ust. § 88 ods. 4 Zákona o pobyte cudzincov. Z uvedených dôvodov súd považoval dobu zaistenia za primeranú, pričom sám správny orgán počas tohto zaistenia prihliada aj podľa ust. § 90 ods. 1 písm. d) Zákona o pobyte cudzincov, či účel zaistenia trvá. V prípade, ak pominú dôvody účelu zaistenia, správny orgán vykoná opatrenia smerujúce k ďalším postupom.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navrhovateľky a preto preskúmavané rozhodnutie potvrdil ( § 250q ods.2 O.s.p.). O trovách konania rozhodol súd podľa § 250k ods.1 v súlade s § 250l ods.2 O.s.p. a nepriznal navrhovateľke ich náhradu voči odporcovi, keďže v konaní úspešná nebola. Odporcovi právo na náhradu trov konania v správnom súdnictve zásadne neprináleží. Poučenie: P o u č e n i e :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https://www.kauzis.sk/judikatura/r/ECLI:SK:KSBA:2015:1015200875.1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