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9Sp/43/2015 z 2. 6. 2015</w:t>
      </w:r>
    </w:p>
    <w:p>
      <w:r>
        <w:t>Rozsudok Krajského súdu Bratislava z 2. júna 2015, sp. zn. 9Sp/43/2015, ECLI:SK:KSBA:2015:1015200876.1</w:t>
      </w:r>
    </w:p>
    <w:p>
      <w:r>
        <w:t>Súd: Krajský súd Bratislava</w:t>
      </w:r>
    </w:p>
    <w:p>
      <w:r>
        <w:t>Spisová značka: 9Sp/43/2015</w:t>
      </w:r>
    </w:p>
    <w:p>
      <w:r>
        <w:t>ECLI: ECLI:SK:KSBA:2015:1015200876.1</w:t>
      </w:r>
    </w:p>
    <w:p>
      <w:r>
        <w:t>Dátum vydania: 2. 6. 2015</w:t>
      </w:r>
    </w:p>
    <w:p>
      <w:r>
        <w:t>Forma: Rozsudok</w:t>
      </w:r>
    </w:p>
    <w:p>
      <w:r>
        <w:t>Oblasť práva: Správne právo</w:t>
      </w:r>
    </w:p>
    <w:p>
      <w:pPr>
        <w:pStyle w:val="Heading2"/>
      </w:pPr>
      <w:r>
        <w:t>Text rozhodnutia</w:t>
      </w:r>
    </w:p>
    <w:p>
      <w:r>
        <w:t>Súd: Krajský súd Bratislava Spisová značka: 9Sp/43/2015 Identifikačné číslo súdneho spisu: 1015200876 Dátum vydania rozhodnutia: 03. 06. 2015 Meno a priezvisko sudcu, VSÚ: JUDr. Beata Jurgošová ECLI: ECLI:SK:KSBA:2015:1015200876.1 ROZSUDOK V MENE SLOVENSKEJ REPUBLIKY Krajský súd v Bratislave v konaní pred sudkyňou JUDr. Beátou Jurgošovou v právnej veci navrhovateľa: K. U. Y., D..XX.XX.XXXX, Š. A.: G. F., zastúpeného Mgr. Jarmilou Karak Vargovou, advokátkou, Brečtanová 21, Bratislava, proti odporcovi: Prezídium policajného zboru, Úrad hraničnej a cudzineckej polície, Riaditeľstvo hraničnej a cudzineckej polície Bratislava, Oddelenie cudzineckej polície Policajného zboru Nové Zámky, Bitúnkova 8, Nové Zámky, o odvolaní proti rozhodnutiu odporcu č. : PPZ-HCP-BA12-116-012/2015-AV zo dňa 01.05.2015 takto r o z h o d o l : Krajský súd v Bratislave rozhodnutie odporcu zo dňa 01.05.2015 sp. zn. PPZ-HCP-BA12-116-012/2015- AV p o t v r d z u j e. Súd účastníkom právo na náhradu trov konania nepriznáva. o d ô v o d n e n i e : Odporca predložil na Krajský súd v Bratislave dňa 27.05.2015 právnym zástupcom navrhovateľa podaný opravný prostriedok zo dňa 15.05.2015 proti jeho rozhodnutiu č. PPZ-HCP-BA12-116-012/2015-AV vydanému dňa 01.05.2015, ktorým bol navrhovateľ zaistený v súlade s ustanovením § 88 ods. 1 písm. c) zákona č. 404/2011 Z.z. o pobyte cudzincov a to dňom 01.05.2015 o 17.00 hod. a následne bol umiestnený v Útvare policajného zaistenia pre cudzincov Medveďov, pričom zároveň bola stanovená dĺžka doby zaistenia do 01.09.2015.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01.05.2015 o 07.15 hod. bol navrhovateľ kontrolovaný v medzinárodnom rýchliku EC 174 Ján Jesenius. Navrhovateľ pri kontrole predložil cestovný doklad G. F. a písomnosti vydané štátnymi orgánmi Maďarska a uviedol, že v tejto krajine je žiadateľom o azyl. Odporca vykonanou lustráciou v informačných systémoch a odpoveďou zo Spoločného kontaktného pracoviska Čuňovo - Rajka zistil, že navrhovateľ požiadal o udelenie azylu na území Maďarska, a na tomto základe boli naplnené podmienky prevozu navrhovateľa na územie Maďarska podľa nariadenia Európskeho parlamentu a Rady (EÚ) č. 604/2013 z 26.06.2013. S navrhovateľom bola spísaná zápisnica o podaní vyjadrenia účastníka konania, v ktorom uviedol spôsob jeho cestovania z domovskej krajiny až na územie Slovenskej republiky. Dňa 01.05.2015 vstúpil na územie Slovenskej republiky z územia Maďarska medzinárodným rýchlikom. Požiadal o azyl na území Maďarska. V rozhodnutí odporca uviedol, že navrhovateľ bol zadržaný počas jeho neoprávneného pobytu na území Slovenskej republiky, cieľom jeho cesty bola Spolková republika Nemecko. Na území Slovenskej republiky si nevie zabezpečiť ubytovanie do doby jeho prevozu na územie Maďarska, nakoľko nemá financie a aj z dôvodu, že nechce ostať na Slovensku, ale utečie do Spolkovej republiky Nemecko, alebo do Talianskej republiky. Navrhovateľ požiadal v Maďarsku o udelenie azylu, avšak nepočkal do rozhodnutia jeho žiadosti, ale kúpil si lístok na vlak, na trasu Budapešť - Brno a ušiel z Maďarska, lebo sa chce dostať do Spolkovej republiky Nemecko, alebo do Talianskej republiky. V jeho prípade existuje riziko úteku, pretože sa chce dostať do Spolkovej republiky Nemecko, alebo do Talianskej republiky. Taktiež uviedol, že ak sa mu naskytne možnosť úniku zo Slovenska utečie a bude pokračovať vo svojej ceste do Spolkovej republiky Nemecko, resp. do Talianskej republiky. V prípade ak by odporca nepostupoval tak, ako je uvedené vo výrokovej časti rozhodnutia, navrhovateľovi by bola daná možnosť zdržiavať sa na neznámom mieste a tým by správny orgán mal minimálnu šancu na vykonanie opatrení za účelom zabezpečenia dodržiavania všeobecne záväzných právnych predpisov platných na území schengenského priestoru zo strany účastníka konania. Navrhovateľovi by bola daná možnosť ďalej páchať protispoločenskú činnosť, ktorou je zdržiavanie sa na území členských štátov schengenského priestoru bez potrebného opatrenia. V tomto prípade mal odporca za to, že záujem spoločnosti je potrebné jednoznačne uprednostňovať pred záujmom jednotlivca, teda navrhovateľa. Odporca v rozhodnutí skúmal aj možnosť uloženia menej závažného prostriedku ako zaistenia, ktorými je oprávnený zabezpečiť prípravu a výkon prevozu účastníka konania v zmysle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konštatoval, že navrhovateľ nespĺňa podmienky za ktorých by mu mohla byť uložená povinnosť podľa § 89 ods. 1 písm. a) a b) zákona o pobyte cudzincov z dôvodu, že správny orgán môže uvedené oprávnenia využiť počas konania vo veci administratívneho vyhostenia, čo v tomto konkrétnom prípade absentuje. Správny orgán koná vo veci zaistenia podľa § 88 ods. 1 písm. c) zákona o pobyte cudzincov na účel prípravy a výkonu jeho prevozu. V závere rozhodnutia konštatoval, že predmetné zaistenie je plne v súlade s článkom 5 ods. 1 písm. f) Dohovoru o ochrane ľudských práv a slobôd. Voči vyššie uvedenému rozhodnutiu v zákonnej lehote podal navrhovateľ prostredníctvom svojho právneho zástupcu odvolanie dôvodiace tým, že správny orgán vec nesprávne právne posúdil, nedostatočne zistil skutkový stav veci, v konaní bola zistená taká vada, ktorá mohla mať vplyv na zákonnosť napadnutého rozhodnutia, rozhodnutie vychádzalo z nesprávneho právneho posúdenia veci. Poukázal na to, že odporca ho zaistil na účely zabezpečenia prípravy a výkonu prevozu podľa dublinského nariadenia. Dublinské nariadenie výslovne uvádza, že musí ísť o individuálne posúdenie prípadu a o zaistení je možné rozhodnúť len v prípade, ak je zaistenie primeraným opatrením a nie je možné účinne uplatniť iné, miernejšie alternatívne donucovacie opatrenia. Zákon o pobyte cudzincov upravuje dve formy alternatívnych opatrení, a to hlásenie pobytu alebo zloženie finančnej záruky. Uviedol, že nariadenie je všeobecne záväzné a má aplikačnú prednosť pred zákonom o pobyte cudzincov. Ponecháva síce na členské štáty možnosť upraviť si typy/druhy alternatívnych opatrení, avšak neumožňuje im zvoliť postup, pri ktorom by odmietli možnosť uplatnenia alternatívnych opatrení. Ďalej uviedol, že bol zaistený spoločne so svojím bratom a jeho manželkou. Jeho brat uviedol, že má k dispozícii cca 1000 eur a platobnú kartu, ktoré by rád využil na to, aby sa spoločne mohli sami dobrovoľne vrátiť na územie Maďarska, kde by vyčkali na vydanie rozhodnutia v ich azylovom konaní. Ich dobrovoľný návrat späť by bolo možné uskutočniť podstatne rýchlejšie, ako keď musia čakať na ukončenie ich konania pred Ministerstvom vnútra SR, migračným úradom. Na účely zabezpečenia prípravy alebo výkonu prevozu cudzinca podľa osobitného predpisu, ak existuje značné riziko úteku, je policajt tohto cudzinca oprávnený zaistiť, nie je preto povinnosťou policajného orgánu, takto postupovať, ale len jeho oprávnením. Ďalej navrhovateľ poukázal na to, že by im mala byť daná možnosť pokúsiť sa zabezpečiť si prostriedky na živobytie mimo ÚPZC a preto by aj zisťovanie skutkového stavu veci malo byť zamerané na existenciu takýchto možností. K podanému odvolaniu sa vyjadril odporca a reagoval na všetky vznesené námietky navrhovateľom, pričom uviedol, že na navrhovateľa bolo hľadené ako na osobu, ktorá je žiadateľom o udelenie azylu na území Maďarska. Poukázal na to, že sám navrhovateľ v zápisnici ako dôvod jeho opustenia azylového tábora v Maďarsku uviedol, že azyl mu pravdepodobne udelený nebude, jeho cieľovou krajinou je Nemecko alebo Taliansko a zo Slovenska v prípade jeho prepustenia utečie, pretože sa chce dostať do Nemecka alebo Talianska. Ďalej uviedol, že z informácie získanej prostredníctvom Spoločného kontaktného pracoviska vyplýva, že navrhovateľova žiadosť o udelenie azylu bola dňa 29.4.2015 zamietnutá. V čase konania vo veci zaistenia, predmetné vyššie uvedené konanie ešte nebolo právoplatne ukončené. O tejto skutočnosti mala vedomosť aj právna zástupkyňa navrhovateľa, nakoľko dňa 11.05.2015 pracovníci neziskovej organizácie Marginal sa oboznámili so spisovým materiálom vedeným na správnom orgáne. Ďalej uviedol, že tvrdenia uvádzané navrhovateľom v odvolaní, že brat navrhovateľa, ktorý bol spoločne s ním zaistený má finančnú hotovosť 1000 eur, ktorú by rád využil na to, aby sa sami mohli vrátiť dobrovoľne na územie Maďarska, nie sú ničím potvrdené a sú v rozpore s vyjadreniami navrhovateľa pred správnym orgánom. K množstvu finančných prostriedkov uviedol, že boli odobraté do úschovy veci medzi ktorými nebola žiadna finančná hotovosť vo výške 1000 eur. Podľa úradného záznamu spísaného pracovníkom správneho orgánu disponoval sumou 48 eur. Právna zástupkyňa navrhovateľa tvrdí, že navrhovateľ by chcel na rozhodnutie o jeho žiadosti o udelenie azylu vyčkať v Maďarsku. Rozhodnutie už bolo navrhovateľovi vydané dňa 29.04.2015, teda tri dni pred tým ako svojvoľne opustil tábor a neoprávnene vstúpil na územie Slovenskej republiky. Záverom uviedol, že navrhovateľ ako spôsobilý subjekt je povinný na území Slovenskej republiky dodržiavať právne predpisy platné na jej území, medzinárodné zmluvy a dohovory, ktorými je Slovenská republika viazaná, vychádzať z nich vo svojom konaní a rešpektovať ich. Z obsahu pripojeného administratívneho spisu odporcu súd zistil nasledovné skutočnosti: Navrhovateľ bol dňa 01.05.2015 kontrolovaný vo vlaku EC 174 Ján Jesénius v smere od Štúrova do Nových Zámkov pri vykonávaní policajtmi OCP PZ Nové Zámky kontroly cudzincov v územnom úseku OCP PZ Nové Zámky so zameraním na odhaľovanie nelegálnej práce, neoprávneného zamestnávania, nelegálneho podnikania, priestupkov cudzincov na úseku pobytového režimu a plnenia povinností cudzincov podľa zákona č. 404/2011 Z. z. o pobyte cudzincov v zmysle oprávnenia § 75 ods. 1 písm. a), b) zákona o pobyte cudzincov. Navrhovateľ predložil pri kontrole cestovný doklad G. F. a písomnosti vydané štátnymi orgánmi Maďarska a uviedol, že je žiadateľom o azyl v Maďarsku. Spis obsahuje žiadosť odporcu štátnym orgánom Maďarskej republiky cestou Spoločného kontaktného pracoviska Čunovo - Rajka o podanie informácie, či navrhovateľ je žiadateľom o pobyt alebo azyl na území Maďarskej republiky. Odporcovi bolo oznámené, že navrhovateľ v novembri 2014 požiadal o priznanie štatútu utečenca. Odporca pribral do konania tlmočníka, navrhovateľa poučil o možnosti požiadať o poskytnutie právnej pomoci. Spis obsahuje zápisnice o podaní vyjadrenia spísané s navrhovateľom, preskúmavané rozhodnutie o zaistení navrhovateľa, komunikáciu odporcu s Útvarom policajného zaistenia pre cudzincov Medveďov o umiestnení navrhovateľa, plnomocenstvo na zastupovanie navrhovateľa právnou zástupkyňou, podaný opravný prostriedok voči rozhodnutiu o zaistení. Na nariadenom pojednávaní prítomná právna zástupkyňa navrhovateľa uviedla, že sa pridržiava svojho písomného vyjadrenia zo dňa 15.5.2015. Namietala správnosť posúdenia prípustnosti alternatívy zaistenia navrhovateľa, nedostatočne zistený skutkový stav. Navrhla napadnuté rozhodnutie zrušiť a navrhovateľa bezodkladne prepustiť zo zaistenia. Poverený zástupca odporcu prítomný na súdnom pojednávaní uviedol, že sa pridržiava svojho písomného vyjadrenia a navrhol napadnuté rozhodnutie ako vecne správne potvrdiť. Krajský súd v Bratislave ako súd vecne a mieste príslušný na konanie preskúmal rozhodnutie odporcu v rozsahu dôvodov podaného opravného prostriedku navrhovateľa ako aj konanie, ktoré vydaniu rozhodnutia predchádzalo na nariadenom pojednávaní konanom dňa 3.6.2015,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u navrhovateľa stále trvajú dôvody zaistenia podľa § § 88a ods.1 písm. e), nakoľko existuje značné riziko jeho úteku. Navrhovateľ bol zadržaný počas jeho nelegálnej migrácie z územia Maďarskej republiky, cez územie Slovenskej republiky do Nemecka alebo Talianska. Z výpovede navrhovateľa mal odporca preukázané, že navrhovateľ sa chcel dostať do Nemecka, alebo Talianska. Existencia značného rizika úteku je preukázaná z jeho vyjadrení, ako aj samotného konania spočívajúceho v svojvoľnom odchode z tábora v Maďarsku, jeho následnom vycestovaní z Maďarska, nelegálnom vstupe na územie Slovenskej republiky, z dôvodu, že nemá udelený pobyt. Z uvedených dôvodov je predpoklad, že ujde alebo sa bude skrývať.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tvrdeniu navrhovateľa, že jeho brat, ktorý spoločne s ním bol zaistený má finančnú hotovosť 1000 eur, ktorú by rád využil na to, aby sa sami mohli dobrovoľne vrátiť na územie Maďarska, odporca uviedol, že tieto tvrdenia sú zavádzajúce, nie sú ničím potvrdené a sú v rozpore s vyjadrením navrhovateľa pred správnym orgánom. Podľa úradného záznamu spísaného pracovníkom správneho orgánu disponoval sumou 48 eur. K námietke navrhovateľa, že odporca mu síce položil otázku či by vedel splniť povinnosti, ak by mu v zmysle § 89 ods.1 písm. a) a b) uložil povinnosť hlásenia pobytu a zloženia peňažnej záruky, avšak len formálne položil uvedenú otázku, je potrebné uviesť, že odporca skúmal aj možnosť uloženia menej závažného prostriedku ako zaistenia, ktorými je oprávnený zabezpečiť prípravu a výkon prevozu účastníka konania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kde na otázku, akými finančnými prostriedkami disponuje, uviedol, že nemá žiadnu finančnú hotovosť. Nakoľko navrhovateľ nemá na území Slovenskej republiky zabezpečený pobyt a ani nedisponuje s finančnými prostriedkami, ktoré by boli postačujúce pre zabezpečenie ubytovania, nie sú splnené predpoklady pre uplatnenie možnosti alternatívy v zmysle § 89 ods. 1 písmeno a), b) zákona o pobyte cudzincov. K námietke navrhovateľa ohľadom zaistenia je potrebné uviesť, že dĺžku doby zaistenia odporca stanovil do 1.09.2015 (§ 88 ods. 4 zákona o pobyte cudzincov), ktorá doba je nevyhnutná na vykonanie všetkých dostupných úkonov smerujúcich k odovzdaniu navrhovateľa do Maďarskej republiky. Odporca tiež poukázal na to, že po začatí konania Migračným úradom Ministerstva vnútra Slovenskej republiky Dublinským strediskom o prevoze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je zaistenie účastníka konania v súlade s článkom 5 ods. 1 písm. f) predmetného Dohovoru o ochrane ľudských práv a slobôd nakoľko je preukázané, že účastník konania je v súčasnej dobe žiadateľ o udelenie azylu na území Maďarskej republiky. Súd uvádza, že samotné rozhodovanie o udelení azylu má svoje trvanie, pričom zákonná úprava doby zaistenia, práve aj pre účely dĺžky tohto konania, je upravená v ust. § 88 ods. 4 Zákona o pobyte cudzincov. Z uvedených dôvodov súd považoval dobu zaistenia za primeranú, pričom sám správny orgán počas tohto zaistenia prihliada aj podľa ust. § 90 ods. 1 písm. d) Zákona o pobyte cudzincov, či účel zaistenia trvá. V prípade, ak pominú dôvody účelu zaistenia, správny orgán vykoná opatrenia smerujúce k ďalším postupom.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https://www.kauzis.sk/judikatura/r/ECLI:SK:KSBA:2015:1015200876.1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