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6S/130/2015 z 5. 10. 2015</w:t>
      </w:r>
    </w:p>
    <w:p>
      <w:r>
        <w:t>Uznesenie Krajského súdu Bratislava z 5. októbra 2015, sp. zn. 6S/130/2015, ECLI:SK:KSBA:2015:1015200906.1</w:t>
      </w:r>
    </w:p>
    <w:p>
      <w:r>
        <w:t>Súd: Krajský súd Bratislava</w:t>
      </w:r>
    </w:p>
    <w:p>
      <w:r>
        <w:t>Spisová značka: 6S/130/2015</w:t>
      </w:r>
    </w:p>
    <w:p>
      <w:r>
        <w:t>ECLI: ECLI:SK:KSBA:2015:1015200906.1</w:t>
      </w:r>
    </w:p>
    <w:p>
      <w:r>
        <w:t>Dátum vydania: 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6S/130/2015 Identifikačné číslo súdneho spisu: 1015200906 Dátum vydania rozhodnutia: 06. 10. 2015 Meno a priezvisko sudcu, VSÚ: JUDr. Soňa Langová ECLI: ECLI:SK:KSBA:2015:1015200906.1 Uznesenie Krajský súd v Bratislave v právnej veci žalobcu: Q. X., bytom R. XXXXX/XXD, XXX XX U., právne zastúpená: REKEN &amp; PARTNERS Law Firm, s.r.o., so sídlom Tichá 45, 811 02 Bratislava, proti žalovanému: Riaditeľstvo hraničnej a cudzineckej polície Bratislava, Úrad hraničnej a cudzineckej polície, Oddelenie cudzineckej polície PZ Bratislava, so sídlom Hrobákova 44, 852 42 Bratislava, o preskúmanie zákonnosti rozhodnutia žalovaného č. PPZ-HCP-BA2-2015/003838-006 zo dňa 2.4.2015 a o odklade vykonateľnosti, takto r o z h o d o l : Krajský súd v Bratislave o d k l a d á vykonateľnosť rozhodnutia č. PPZ-HCP-BA2-2015/003838-006 zo dňa 2.4.2015 spolu s rozhodnutím Oddelenia cudzineckej polície PZ Bratislava č. PPZ-HCP- BA6-45-008/2015 zo dňa 19.1.2015, a to až do nadobudnutia právoplatnosti rozhodnutia súdu vo veci samej. o d ô v o d n e n i e : Žalobca sa žalobou podanou Krajskému súdu v Bratislave dňa 4.6.2015 domáhal preskúmania zákonnosti rozhodnutia žalovaného č. PPZ-HCP-BA2-2015/003838-006 zo dňa 2.4.2015. Žalobca podaním zo dňa 28.7.2015 a podaním zo dňa 5.10.2015 požiadal o odklad vykonateľnosti, nakoľko žalobcovi hrozí neodvrátiteľná škoda, existuje reálny predpoklad, že u žalobcu, ktorý si zariadil svoj súkromný a rodinný život pre seba, ako aj svojho manžela s tým, že výkonom rozhodnutia mu hrozí ujma, či už vo vzťahu k povinnostiam vyplývajúcim mu ako podnikateľovi, ale aj ako osobe, ktorá sa musí postarať o chod celej svojej rodiny. Hrozbu ujmy vidí predovšetkým vo vzniku nezvratného, prípadne len nepomernými ťažkosťami odstrániteľného stavu, keďže by sa len s veľkými ťažkosťami mohol vrátiť na územie Slovenskej republiky a pokračovať v podnikateľskej činnosti.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by mu hrozila vážna ujma v majetkovej a osobnej sfére. Krajský súd v Bratislave preto postupoval v súlade s citovaným zákonným ustanovením a rozhodol a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https://www.kauzis.sk/judikatura/r/ECLI:SK:KSBA:2015:1015200906.1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