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10Scud/12/2015 z 23. 8. 2015</w:t>
      </w:r>
    </w:p>
    <w:p>
      <w:r>
        <w:t>Uznesenie Krajského súdu Bratislava z 23. augusta 2015, sp. zn. 10Scud/12/2015, ECLI:SK:KSBA:2015:1015200934.1</w:t>
      </w:r>
    </w:p>
    <w:p>
      <w:r>
        <w:t>Súd: Krajský súd Bratislava</w:t>
      </w:r>
    </w:p>
    <w:p>
      <w:r>
        <w:t>Spisová značka: 10Scud/12/2015</w:t>
      </w:r>
    </w:p>
    <w:p>
      <w:r>
        <w:t>ECLI: ECLI:SK:KSBA:2015:1015200934.1</w:t>
      </w:r>
    </w:p>
    <w:p>
      <w:r>
        <w:t>Dátum vydania: 23. 8.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10Scud/12/2015 Identifikačné číslo súdneho spisu: 1015200934 Dátum vydania rozhodnutia: 24. 08. 2015 Meno a priezvisko sudcu, VSÚ: JUDr. Beata Jurgošová ECLI: ECLI:SK:KSBA:2015:1015200934.1 Uznesenie Krajský súd v Bratislave v právnej veci navrhovateľky E. Z., Z. T. XX, XXXX S., L. L., proti odporkyni Sociálnej poisťovni ústredie, Ul. 29. augusta č. 8, Bratislava, o invalidný dôchodok, takto r o z h o d o l : Súd konanie z a s t a v u j e . Žiaden z účastníkov nemá právo na náhradu trov konania. o d ô v o d n e n i e : Navrhovateľka svojím návrhom žiadala preskúmať rozhodnutie odporkyne číslo XXX XXX XXXX X zo dňa 21. marca 2015, ktorým odporkyňa zamietla žiadosť o invalidný dôchodok zo dňa 14. októbra 2014. Písomným prehlásením zo dňa 26.7.2015 navrhovateľka vzala späť návrh v celom rozsahu.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https://www.kauzis.sk/judikatura/r/ECLI:SK:KSBA:2015:1015200934.1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