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10Sd/60/2015 z 21. 6. 2015</w:t>
      </w:r>
    </w:p>
    <w:p>
      <w:r>
        <w:t>Uznesenie Krajského súdu Bratislava z 21. júna 2015, sp. zn. 10Sd/60/2015, ECLI:SK:KSBA:2015:1015200949.1</w:t>
      </w:r>
    </w:p>
    <w:p>
      <w:r>
        <w:t>Súd: Krajský súd Bratislava</w:t>
      </w:r>
    </w:p>
    <w:p>
      <w:r>
        <w:t>Spisová značka: 10Sd/60/2015</w:t>
      </w:r>
    </w:p>
    <w:p>
      <w:r>
        <w:t>ECLI: ECLI:SK:KSBA:2015:1015200949.1</w:t>
      </w:r>
    </w:p>
    <w:p>
      <w:r>
        <w:t>Dátum vydania: 21.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10Sd/60/2015 Identifikačné číslo súdneho spisu: 1015200949 Dátum vydania rozhodnutia: 22. 06. 2015 Meno a priezvisko sudcu, VSÚ: JUDr. Beata Jurgošová ECLI: ECLI:SK:KSBA:2015:1015200949.1 Uznesenie Krajský súd v Bratislave v právnej veci navrhovateľa K.. Ľ. F., L. V. XXX/XX, L. proti odporkyni Sociálnej poisťovni ústredie, Ul. 29. augusta č. 8, Bratislava, o invalidný dôchodok, takto r o z h o d o l : Súd konanie z a s t a v u j e. Žiaden z účastníkov nemá právo na náhradu trov konania. o d ô v o d n e n i e : Navrhovateľ svojím návrhom zo dňa 16.3.2015 žiadal preskúmať rozhodnutie odporkyne číslo XXX XXX XXXX X zo dňa 27.2.2015, ktorým odporkyňa od 12.2.2015 priznala navrhovateľovi invalidný dôchodok v sume 298,60 eur mesačne. Napriek tomu, že navrhovateľ vo svojom vyjadrení zo dňa 27.5.2015 (prehlásením do úradnej zápisnici v zmysle § 189 zákona č. 461/2003 Z. z. o sociálnom poistení (čl.2) navrhovateľ oznámil, že netrvá na preskúmaní napadnutého rozhodnutia súdom, nakoľko v plnom rozsahu súhlasí s vydaním rozhodnutím vydaným dňa 11.5.2015 a 14.5.2015), ktoré bolo predložené súdu dňa 12.6.2015 doslovne neuviedol, že berie svoj návrh na preskúmanie rozhodnutia odporkyne späť, je nepochybné, že smerovalo k tomu, aby súd o jeho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https://www.kauzis.sk/judikatura/r/ECLI:SK:KSBA:2015:1015200949.1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