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6S/140/2015 z 10. 8. 2015</w:t>
      </w:r>
    </w:p>
    <w:p>
      <w:r>
        <w:t>Uznesenie Krajského súdu Bratislava z 10. augusta 2015, sp. zn. 6S/140/2015, ECLI:SK:KSBA:2015:1015200992.1</w:t>
      </w:r>
    </w:p>
    <w:p>
      <w:r>
        <w:t>Súd: Krajský súd Bratislava</w:t>
      </w:r>
    </w:p>
    <w:p>
      <w:r>
        <w:t>Spisová značka: 6S/140/2015</w:t>
      </w:r>
    </w:p>
    <w:p>
      <w:r>
        <w:t>ECLI: ECLI:SK:KSBA:2015:1015200992.1</w:t>
      </w:r>
    </w:p>
    <w:p>
      <w:r>
        <w:t>Dátum vydania: 10.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6S/140/2015 Identifikačné číslo súdneho spisu: 1015200992 Dátum vydania rozhodnutia: 11. 08. 2015 Meno a priezvisko sudcu, VSÚ: JUDr. Soňa Langová ECLI: ECLI:SK:KSBA:2015:1015200992.1 Uznesenie Krajský súd v Bratislave v právnej veci žalobcu: Obec P., právne zastúpený: PUCHALLA, SLÁVIK &amp; partners s.r.o., so sídlom Kmeťova 24, 040 01 Košice, proti žalovanému: Ministerstvo životného prostredia Slovenskej republiky, so sídlom Námestie Ľ. Štúra 1, 812 35 Bratislava, o preskúmanie zákonnosti rozhodnutia žalovaného č. 4011/2015-1.10.2 (4/2015-rozkl.) zo dňa 20.4.2015 a o odklade vykonateľnosti, takto r o z h o d o l : Krajský súd v Bratislave o d k l a d á vykonateľnosť rozhodnutia Ministerstva životného prostredia Slovenskej republiky č. 4011/2015-1.10.2 (4/2015-rozkl.) zo dňa 20.4.2015, v spojení s rozhodnutím správneho orgánu prvého stupňa č. 2189/2015-5.5, záznam 844/2015 zo dňa 12.1.2015, a to až do nadobudnutia právoplatnosti rozhodnutia súdu vo veci samej. o d ô v o d n e n i e : Žalobca sa žalobou podanou Krajskému súdu v Bratislave dňa 18.6.2015 domáhal preskúmania zákonnosti rozhodnutia žalovaného č. 4011/2015-1.10.2 (4/2015-rozkl.) zo dňa 20.4.2015 v spojení s rozhodnutím správneho orgánu prvého stupňa č. 2189/2015-5.5, záznam 844/2015 zo dňa 12.1.2015, ktorým bolo uložené žalobcovi, aby vrátil finančné prostriedky vo výške XX.XXX,XX € poskytnutých na Projekt „ Kotolňa so spaľovaním - ZŠ P.“. Žalobca spolu s podanou žalobou žiadal o odklad vykonateľnosti, nakoľko rozhodnutím zo dňa 1.6.2015 zaviedol žalovaný nútenú správu žalobcu a zároveň vymenoval núteného správcu. Žalobca má z dôvodu exekúcií a viacerých záväzkov vzniknutých z bývalého vedenia obce existenčné problémy a nebol schopný zabezpečovať úhradu záväzkov súvisiacich s plnením základných úloh obce.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postupoval v súlade s citovaným zákonným ustanovením a rozhodol a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https://www.kauzis.sk/judikatura/r/ECLI:SK:KSBA:2015:1015200992.1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