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6S/148/2015 z 25. 10. 2015</w:t>
      </w:r>
    </w:p>
    <w:p>
      <w:r>
        <w:t>Uznesenie Krajského súdu Bratislava z 25. októbra 2015, sp. zn. 6S/148/2015, ECLI:SK:KSBA:2015:1015201035.1</w:t>
      </w:r>
    </w:p>
    <w:p>
      <w:r>
        <w:t>Súd: Krajský súd Bratislava</w:t>
      </w:r>
    </w:p>
    <w:p>
      <w:r>
        <w:t>Spisová značka: 6S/148/2015</w:t>
      </w:r>
    </w:p>
    <w:p>
      <w:r>
        <w:t>ECLI: ECLI:SK:KSBA:2015:1015201035.1</w:t>
      </w:r>
    </w:p>
    <w:p>
      <w:r>
        <w:t>Dátum vydania: 25. 10.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6S/148/2015 Identifikačné číslo súdneho spisu: 1015201035 Dátum vydania rozhodnutia: 26. 10. 2015 Meno a priezvisko sudcu, VSÚ: JUDr. Soňa Langová ECLI: ECLI:SK:KSBA:2015:1015201035.1 Uznesenie Krajský súd v Bratislave v právnej veci žalobcu: KLIMEX STONE SLOVAKIA, s.r.o. so sídlom Na Hrebienku 30, 811 02 Bratislava, právne zastúpený: Advokátska kancelária Bugala - Ďurček, s.r.o. so sídlom Drotárska cesta 102, 811 02 Bratislava, proti žalovanému: Finančné riaditeľstvo SR so sídlom Lazovná 63, 974 01 Banská Bystrica, o preskúmanie zákonnosti rozhodnutia žalovaného č. 1100302/1/162387/2015/5060 zo dňa 16.4.2015 a o odklade vykonateľnosti, takto r o z h o d o l : Krajský súd v Bratislave o d k l a d á vykonateľnosť rozhodnutia žalovaného č. 1100302/1/162387/2015/5060 zo dňa 16.4.2015, a to až do nadobudnutia právoplatnosti rozhodnutia súdu vo veci samej. o d ô v o d n e n i e : Žalobca sa žalobou podanou Krajskému súdu v Bratislave dňa 25.6.2015 domáhal preskúmania zákonnosti rozhodnutia žalovaného č. 1100302/1/162387/2015/5060 zo dňa 16.4.2015. Žalobca spolu s podanou žalobou žiadal o odklad vykonateľnosti. Správca dane rozhodnutím č. 9104407/5/40355/2015/MočL zo dňa 9.1.2015 vyrubil rozdiel dane z pridanej hodnoty za zdaňovacie obdobie máj 2009 v sume XXX.XXX,XX €. Žalovaný rozhodnutie správneho orgánu prvého stupňa potvrdil. Okamžitým výkonom rozhodnutia správcu dane by žalobcovi vznikla závažná ujma a výkon rozhodnutia by mal pre žalobcu likvidačný charakter. Podľa § 250c veta druhá O.s.p., na žiadosť účastníka môže predseda senátu uznesením vykonateľnosť rozhodnutia odložiť, ak by okamžitým výkonom napadnutého rozhodnutia hrozila závažná ujma. Súd považoval dôvody, uvedené v žiadosti o odklad vykonateľnosti napadnutého rozhodnutia za opodstatnené, preto postupoval v súlade s citovaným zákonným ustanovením a rozhodol o žiadosti žalobcu spôsobom uvedeným vo výroku tohto uznesenia. Poučenie: Proti tomuto uzneseniu odvolanie nie je prípustné.</w:t>
      </w:r>
    </w:p>
    <w:p/>
    <w:p>
      <w:r>
        <w:t>Zdroj: KAUZIS.SK – https://www.kauzis.sk/judikatura/r/ECLI:SK:KSBA:2015:1015201035.1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