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9Saz/14/2015 z 17. 8. 2015</w:t>
      </w:r>
    </w:p>
    <w:p>
      <w:r>
        <w:t>Uznesenie Krajského súdu Bratislava z 17. augusta 2015, sp. zn. 9Saz/14/2015, ECLI:SK:KSBA:2015:1015201051.1</w:t>
      </w:r>
    </w:p>
    <w:p>
      <w:r>
        <w:t>Súd: Krajský súd Bratislava</w:t>
      </w:r>
    </w:p>
    <w:p>
      <w:r>
        <w:t>Spisová značka: 9Saz/14/2015</w:t>
      </w:r>
    </w:p>
    <w:p>
      <w:r>
        <w:t>ECLI: ECLI:SK:KSBA:2015:1015201051.1</w:t>
      </w:r>
    </w:p>
    <w:p>
      <w:r>
        <w:t>Dátum vydania: 17. 8. 2015</w:t>
      </w:r>
    </w:p>
    <w:p>
      <w:r>
        <w:t>Forma: Uznesenie</w:t>
      </w:r>
    </w:p>
    <w:p>
      <w:pPr>
        <w:pStyle w:val="Heading2"/>
      </w:pPr>
      <w:r>
        <w:t>Text rozhodnutia</w:t>
      </w:r>
    </w:p>
    <w:p>
      <w:r>
        <w:t>Súd: Krajský súd Bratislava Spisová značka: 9Saz/14/2015 Identifikačné číslo súdneho spisu: 1015201051 Dátum vydania rozhodnutia: 18. 08. 2015 Meno a priezvisko sudcu, VSÚ: JUDr. Ľubomír Šramko ECLI: ECLI:SK:KSBA:2015:1015201051.1 Uznesenie Krajský súd v Bratislave v právnej veci navrhovateľa: pána E. K., narodeného XX.X.XXXX, štátneho príslušníka Palestínskeho štátu, v krajine pôvodu bytom Z. K., F. Q.-C., aktuálne na neznámom mieste, zastúpeného Centrom právnej pomoci so sídlom Námestie slobody 12, Bratislava proti odporcovi: Ministerstvo vnútra Slovenskej republiky - migračný úrad, Pivonková 6, Bratislava v konaní o opravnom prostriedku navrhovateľa z 26.6.2015 proti rozhodnutiu odporcu ČAS: MU-PO-27-25/2015-Ž zo dňa 13.5.2015 takto r o z h o d o l : Krajský súd v Bratislave konanie z a s t a v u j e . Žiaden z účastníkov konania nemá právo na náhradu trov tohto konania. o d ô v o d n e n i e : Dňa 29.6.2015 bol konajúcemu Krajskému súdu v Bratislave (ďalej len „súd“) doručený návrh - opravný prostriedok navrhovateľa z 26.6.2015, ktorým sa domáhal zrušenia napadnutého rozhodnutia odporcu ČAS: MU-PO-27-25/2015-Ž zo dňa 13.5.2015. Dňa 23.7.2015 odporca v rámci vyjadrenia k návrhu súdu oznámil, že navrhovateľ využil možnosť dobrovoľného návratu prostredníctvom Medzinárodnej organizácie pre migráciu a dňa 13.7.2015 Pobytový Tábor Rohovce opustil. Dňa 17.8.2015 doručil zástupca navrhovateľa súdu späťvzatie podaného návrhu - opravného prostriedku voči rozhodnutiu odporcu, datované 13.8.2015.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https://www.kauzis.sk/judikatura/r/ECLI:SK:KSBA:2015:1015201051.1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