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1S/161/2015 z 6. 7. 2015</w:t>
      </w:r>
    </w:p>
    <w:p>
      <w:r>
        <w:t>Uznesenie Krajského súdu Bratislava z 6. júla 2015, sp. zn. 1S/161/2015, ECLI:SK:KSBA:2015:1015201068.1</w:t>
      </w:r>
    </w:p>
    <w:p>
      <w:r>
        <w:t>Súd: Krajský súd Bratislava</w:t>
      </w:r>
    </w:p>
    <w:p>
      <w:r>
        <w:t>Spisová značka: 1S/161/2015</w:t>
      </w:r>
    </w:p>
    <w:p>
      <w:r>
        <w:t>ECLI: ECLI:SK:KSBA:2015:1015201068.1</w:t>
      </w:r>
    </w:p>
    <w:p>
      <w:r>
        <w:t>Dátum vydania: 6. 7.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1S/161/2015 Identifikačné číslo súdneho spisu: 1015201068 Dátum vydania rozhodnutia: 07. 07. 2015 Meno a priezvisko sudcu, VSÚ: JUDr. Monika Valašíková PhD. ECLI: ECLI:SK:KSBA:2015:1015201068.1 Uznesenie Krajský súd v Bratislave v právnej veci žalobkyne: Mgr. S. Č., S. XXXX/X, XXX XX F., zastúpená: JUDr. Peter Nízky, advokát, Námestie slobody 2, 066 01 Humenné, proti žalovanému: Slovenská advokátska komora, Kolárska 4, 813 42 Bratislava, o preskúmanie zákonnosti rozhodnutia žalovaného č. 26/4/2015 zo dňa 10.04.2015, takto r o z h o d o l : Krajský súd v Bratislave p o s t u p u j e vec Krajskému súdu v Prešove. o d ô v o d n e n i e : Žalobou doručenou tunajšiemu súdu dňa 30.06.2015 sa žalobkyňa domáhala preskúmania zákonnosti rozhodnutia žalovaného správneho orgánu č. 26/4/2015 zo dňa 10.4.2015, ktorým jej bol zamietnutý zápis do zoznamu advokátskych koncipientov vedeného Slovenskou advokátskou komorou. Podľa § 103 O.s.p. kedykoľvek za konania prihliada súd na to, či sú splnené podmienky, za ktorých môže konať vo veci (podmienky konania). Podľa § 11 ods. 1 O.s.p. konanie sa uskutočňuje na tom súde, ktorý je vecne a miestne príslušný. Príslušnosť sa určuje podľa okolností, ktoré tu sú v čase začatia konania a trvá až do jeho skončenia. Podľa § 104a ods. 1 O.s.p. súd skúma vecnú príslušnosť prv, než začne konať o veci samej. Podľa § 246a ods. 1 O.s.p. je miestne príslušným súd, v ktorého obvode má sídlo správny orgán, ktorého rozhodnutie a postup sa preskúmava, ak nie je ustanovené inak. Ak ide o rozhodnutie orgánu s pôsobnosťou pre celé územie Slovenskej republiky, okrem ústredných orgánov štátnej správy, miestne príslušným je krajský súd, v ktorého obvode je všeobecný súd navrhovateľa (žalobcu). V predmetnej právnej veci je žalovaným orgán s pôsobnosťou pre celé územie Slovenskej republiky, preto miestne príslušným je v tomto prípade krajský súd, v ktorého obvode je všeobecný súd žalobcu. Žalobkyňa má bydlisko v F., a preto jej všeobecným súdom je súd určený podľa § 85 ods. 1 O.s.p., ktorý je v obvode Krajského súdu v Prešove. Podľa § 250d ods. 2 O.s.p. ak predseda senátu zistí, že súd nie je vecne alebo miestne príslušný, postúpi vec uznesením príslušnému súdu. V uvedenej veci bolo zistené, že všeobecným súdom žalobkyne je Okresný súd F., ktorý je v obvode Krajského súdu v Prešove a keďže ide o preskúmanie zákonnosti rozhodnutia žalovaného, ktorý je orgán s pôsobnosťou pre celé územie Slovenskej republiky, miestne príslušným je Krajský súd v Prešove, ktorému bude vec postúpená po právoplatnosti tohto uznesenia. Poučenie: Proti tomuto uzneseniu nie je prípustné odvolanie.</w:t>
      </w:r>
    </w:p>
    <w:p/>
    <w:p>
      <w:r>
        <w:t>Zdroj: KAUZIS.SK – https://www.kauzis.sk/judikatura/r/ECLI:SK:KSBA:2015:1015201068.1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